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EF31D" w14:textId="7212DAA1" w:rsidR="00D43BE5" w:rsidRPr="00E84394" w:rsidRDefault="00E30A89" w:rsidP="00E84394">
      <w:pPr>
        <w:spacing w:after="0" w:line="240" w:lineRule="auto"/>
        <w:ind w:firstLine="567"/>
        <w:jc w:val="center"/>
        <w:rPr>
          <w:rFonts w:cs="Times New Roman"/>
          <w:b/>
          <w:noProof/>
          <w:szCs w:val="24"/>
          <w:lang w:val="kk-KZ"/>
        </w:rPr>
      </w:pPr>
      <w:r w:rsidRPr="00E84394">
        <w:rPr>
          <w:rFonts w:cs="Times New Roman"/>
          <w:b/>
          <w:noProof/>
          <w:szCs w:val="24"/>
          <w:lang w:val="kk-KZ"/>
        </w:rPr>
        <w:t>Х</w:t>
      </w:r>
      <w:r w:rsidR="005D692A">
        <w:rPr>
          <w:rFonts w:cs="Times New Roman"/>
          <w:b/>
          <w:noProof/>
          <w:szCs w:val="24"/>
          <w:lang w:val="kk-KZ"/>
        </w:rPr>
        <w:t>.</w:t>
      </w:r>
      <w:r w:rsidRPr="00E84394">
        <w:rPr>
          <w:rFonts w:cs="Times New Roman"/>
          <w:b/>
          <w:noProof/>
          <w:szCs w:val="24"/>
          <w:lang w:val="kk-KZ"/>
        </w:rPr>
        <w:t>Аст</w:t>
      </w:r>
      <w:r w:rsidR="00AC77B5" w:rsidRPr="00E84394">
        <w:rPr>
          <w:rFonts w:cs="Times New Roman"/>
          <w:b/>
          <w:noProof/>
          <w:szCs w:val="24"/>
          <w:lang w:val="kk-KZ"/>
        </w:rPr>
        <w:t>ың философия докторы (PhD) дәрежесін алу үшін диссертациялық жұмысының қорғауы өтеді</w:t>
      </w:r>
    </w:p>
    <w:p w14:paraId="38817519" w14:textId="77777777" w:rsidR="00823431" w:rsidRPr="00E84394" w:rsidRDefault="00823431" w:rsidP="00D92D26">
      <w:pPr>
        <w:spacing w:after="0" w:line="240" w:lineRule="auto"/>
        <w:ind w:firstLine="567"/>
        <w:jc w:val="both"/>
        <w:rPr>
          <w:rFonts w:cs="Times New Roman"/>
          <w:noProof/>
          <w:szCs w:val="24"/>
          <w:lang w:val="kk-KZ"/>
        </w:rPr>
      </w:pPr>
    </w:p>
    <w:p w14:paraId="66A16883" w14:textId="74640223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E84394">
        <w:rPr>
          <w:rFonts w:cs="Times New Roman"/>
          <w:noProof/>
          <w:szCs w:val="24"/>
          <w:lang w:val="kk-KZ"/>
        </w:rPr>
        <w:t xml:space="preserve">Абай атындағы Қазақ ұлттық педагогикалық университеті жанындағы </w:t>
      </w:r>
      <w:r w:rsidR="00E84394" w:rsidRPr="00E84394">
        <w:rPr>
          <w:rFonts w:cs="Times New Roman"/>
          <w:noProof/>
          <w:szCs w:val="24"/>
          <w:lang w:val="kk-KZ"/>
        </w:rPr>
        <w:t>8D016 – Гуманитарлық пәндер бойынша педагогтарды даярлау (6D011400/8D01601 – Тарих) және 8D022 – Гуманитарлық ғылымдар (6D020300/8D02202 – Тарих) бағыттары</w:t>
      </w:r>
      <w:r w:rsidRPr="00E84394">
        <w:rPr>
          <w:rFonts w:cs="Times New Roman"/>
          <w:noProof/>
          <w:szCs w:val="24"/>
          <w:lang w:val="kk-KZ"/>
        </w:rPr>
        <w:t xml:space="preserve"> бойынша диссертациялық кеңесінде «</w:t>
      </w:r>
      <w:r w:rsidR="00381CD6" w:rsidRPr="00381CD6">
        <w:rPr>
          <w:rFonts w:cs="Times New Roman"/>
          <w:noProof/>
          <w:szCs w:val="24"/>
          <w:lang w:val="kk-KZ"/>
        </w:rPr>
        <w:t>6D011400 – Тарих» мамандығы</w:t>
      </w:r>
      <w:r w:rsidRPr="00E84394">
        <w:rPr>
          <w:rFonts w:cs="Times New Roman"/>
          <w:noProof/>
          <w:szCs w:val="24"/>
          <w:lang w:val="kk-KZ"/>
        </w:rPr>
        <w:t xml:space="preserve"> бойынша докторант </w:t>
      </w:r>
      <w:r w:rsidR="00E30A89" w:rsidRPr="00E84394">
        <w:rPr>
          <w:rFonts w:cs="Times New Roman"/>
          <w:noProof/>
          <w:szCs w:val="24"/>
          <w:lang w:val="kk-KZ"/>
        </w:rPr>
        <w:t>Хакан Аст</w:t>
      </w:r>
      <w:r w:rsidRPr="00E84394">
        <w:rPr>
          <w:rFonts w:cs="Times New Roman"/>
          <w:noProof/>
          <w:szCs w:val="24"/>
          <w:lang w:val="kk-KZ"/>
        </w:rPr>
        <w:t xml:space="preserve">ың </w:t>
      </w:r>
      <w:r w:rsidR="00E30A89" w:rsidRPr="00E84394">
        <w:rPr>
          <w:rFonts w:cs="Times New Roman"/>
          <w:bCs/>
          <w:noProof/>
          <w:szCs w:val="24"/>
          <w:lang w:val="kk-KZ"/>
        </w:rPr>
        <w:t>«Қоңырқожа Қожықовтың қоғамды</w:t>
      </w:r>
      <w:r w:rsidR="00E30A89" w:rsidRPr="00E84394">
        <w:rPr>
          <w:rFonts w:eastAsia="Calibri" w:cs="Times New Roman"/>
          <w:bCs/>
          <w:noProof/>
          <w:szCs w:val="24"/>
          <w:lang w:val="kk-KZ"/>
        </w:rPr>
        <w:t>қ</w:t>
      </w:r>
      <w:r w:rsidR="00E30A89" w:rsidRPr="00E84394">
        <w:rPr>
          <w:rFonts w:cs="Times New Roman"/>
          <w:bCs/>
          <w:noProof/>
          <w:szCs w:val="24"/>
          <w:lang w:val="kk-KZ"/>
        </w:rPr>
        <w:t>-саяси, шығармашылы</w:t>
      </w:r>
      <w:r w:rsidR="00E30A89" w:rsidRPr="00E84394">
        <w:rPr>
          <w:rFonts w:eastAsia="Calibri" w:cs="Times New Roman"/>
          <w:bCs/>
          <w:noProof/>
          <w:szCs w:val="24"/>
          <w:lang w:val="kk-KZ"/>
        </w:rPr>
        <w:t>қ</w:t>
      </w:r>
      <w:r w:rsidR="00E30A89" w:rsidRPr="00E84394">
        <w:rPr>
          <w:rFonts w:cs="Times New Roman"/>
          <w:bCs/>
          <w:noProof/>
          <w:szCs w:val="24"/>
          <w:lang w:val="kk-KZ"/>
        </w:rPr>
        <w:t xml:space="preserve"> </w:t>
      </w:r>
      <w:r w:rsidR="00E30A89" w:rsidRPr="00E84394">
        <w:rPr>
          <w:rFonts w:eastAsia="Calibri" w:cs="Times New Roman"/>
          <w:bCs/>
          <w:noProof/>
          <w:szCs w:val="24"/>
          <w:lang w:val="kk-KZ"/>
        </w:rPr>
        <w:t>қ</w:t>
      </w:r>
      <w:r w:rsidR="00E30A89" w:rsidRPr="00E84394">
        <w:rPr>
          <w:rFonts w:cs="Times New Roman"/>
          <w:bCs/>
          <w:noProof/>
          <w:szCs w:val="24"/>
          <w:lang w:val="kk-KZ"/>
        </w:rPr>
        <w:t xml:space="preserve">ызметі: зерттелуі мен оқу үдерісіне енгізу» </w:t>
      </w:r>
      <w:r w:rsidRPr="00E84394">
        <w:rPr>
          <w:rFonts w:cs="Times New Roman"/>
          <w:noProof/>
          <w:szCs w:val="24"/>
          <w:lang w:val="kk-KZ"/>
        </w:rPr>
        <w:t>тақырыбындағы диссертациялық жұмысы қорғалады.</w:t>
      </w:r>
      <w:r w:rsidR="00E84394">
        <w:rPr>
          <w:rFonts w:cs="Times New Roman"/>
          <w:noProof/>
          <w:szCs w:val="24"/>
          <w:lang w:val="kk-KZ"/>
        </w:rPr>
        <w:t xml:space="preserve"> </w:t>
      </w:r>
      <w:r w:rsidR="00992D52">
        <w:rPr>
          <w:rFonts w:cs="Times New Roman"/>
          <w:noProof/>
          <w:szCs w:val="24"/>
          <w:lang w:val="kk-KZ"/>
        </w:rPr>
        <w:t xml:space="preserve"> </w:t>
      </w:r>
    </w:p>
    <w:p w14:paraId="37538981" w14:textId="77777777" w:rsidR="00E84394" w:rsidRDefault="00E84394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</w:p>
    <w:p w14:paraId="593366A5" w14:textId="6D502976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E84394">
        <w:rPr>
          <w:rFonts w:cs="Times New Roman"/>
          <w:noProof/>
          <w:szCs w:val="24"/>
          <w:lang w:val="kk-KZ"/>
        </w:rPr>
        <w:t xml:space="preserve">Диссертация </w:t>
      </w:r>
      <w:r w:rsidR="00E30A89" w:rsidRPr="00E84394">
        <w:rPr>
          <w:rFonts w:cs="Times New Roman"/>
          <w:noProof/>
          <w:szCs w:val="24"/>
          <w:lang w:val="kk-KZ"/>
        </w:rPr>
        <w:t xml:space="preserve">Қожа Ахмет Ясауи атындағы Халықаралық қазақ-түрік университетінде </w:t>
      </w:r>
      <w:r w:rsidRPr="00E84394">
        <w:rPr>
          <w:rFonts w:cs="Times New Roman"/>
          <w:noProof/>
          <w:szCs w:val="24"/>
          <w:lang w:val="kk-KZ"/>
        </w:rPr>
        <w:t>орындалған.</w:t>
      </w:r>
    </w:p>
    <w:p w14:paraId="23F5A7DA" w14:textId="1ACEFA99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E84394">
        <w:rPr>
          <w:rFonts w:cs="Times New Roman"/>
          <w:noProof/>
          <w:szCs w:val="24"/>
          <w:lang w:val="kk-KZ"/>
        </w:rPr>
        <w:t>Қорғау түрі – диссертация. Қорғау – қазақ тілінде.</w:t>
      </w:r>
    </w:p>
    <w:p w14:paraId="076570C6" w14:textId="77777777" w:rsidR="00E84394" w:rsidRDefault="00E84394" w:rsidP="00E84394">
      <w:pPr>
        <w:spacing w:after="0" w:line="240" w:lineRule="auto"/>
        <w:jc w:val="both"/>
        <w:rPr>
          <w:rFonts w:cs="Times New Roman"/>
          <w:b/>
          <w:noProof/>
          <w:szCs w:val="24"/>
          <w:lang w:val="kk-KZ"/>
        </w:rPr>
      </w:pPr>
    </w:p>
    <w:p w14:paraId="22351CDB" w14:textId="24D7D725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E84394">
        <w:rPr>
          <w:rFonts w:cs="Times New Roman"/>
          <w:b/>
          <w:noProof/>
          <w:szCs w:val="24"/>
          <w:lang w:val="kk-KZ"/>
        </w:rPr>
        <w:t>ҒЫЛЫМИ КЕҢЕСШІЛЕР:</w:t>
      </w:r>
    </w:p>
    <w:p w14:paraId="6AA0BC0C" w14:textId="795F2630" w:rsidR="00D43BE5" w:rsidRPr="00E84394" w:rsidRDefault="006A6E26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Тұрсұн Хазретәлі Махан</w:t>
      </w:r>
      <w:r w:rsidR="00D059FE" w:rsidRPr="005D692A">
        <w:rPr>
          <w:b/>
          <w:bCs/>
          <w:noProof/>
          <w:szCs w:val="24"/>
          <w:lang w:val="kk-KZ"/>
        </w:rPr>
        <w:t>ұ</w:t>
      </w:r>
      <w:r w:rsidRPr="005D692A">
        <w:rPr>
          <w:rFonts w:cs="Times New Roman"/>
          <w:b/>
          <w:bCs/>
          <w:noProof/>
          <w:szCs w:val="24"/>
          <w:lang w:val="kk-KZ"/>
        </w:rPr>
        <w:t>лы</w:t>
      </w:r>
      <w:r w:rsidRPr="00E84394">
        <w:rPr>
          <w:rFonts w:cs="Times New Roman"/>
          <w:noProof/>
          <w:szCs w:val="24"/>
          <w:lang w:val="kk-KZ"/>
        </w:rPr>
        <w:t xml:space="preserve"> </w:t>
      </w:r>
      <w:r w:rsidR="00AC77B5" w:rsidRPr="00E84394">
        <w:rPr>
          <w:rFonts w:cs="Times New Roman"/>
          <w:noProof/>
          <w:szCs w:val="24"/>
          <w:lang w:val="kk-KZ"/>
        </w:rPr>
        <w:t xml:space="preserve">– тарих ғылымдарының докторы, профессор, </w:t>
      </w:r>
      <w:r w:rsidRPr="00E84394">
        <w:rPr>
          <w:rFonts w:cs="Times New Roman"/>
          <w:noProof/>
          <w:szCs w:val="24"/>
          <w:lang w:val="kk-KZ"/>
        </w:rPr>
        <w:t>Қожа Ахмет Ясауи атындағы Халықаралық қазақ-түрік университеті (</w:t>
      </w:r>
      <w:r w:rsidRPr="00E84394">
        <w:rPr>
          <w:rFonts w:cs="Times New Roman"/>
          <w:noProof/>
          <w:szCs w:val="24"/>
          <w:lang w:val="kk-KZ" w:eastAsia="ru-RU"/>
        </w:rPr>
        <w:t>Түркістан</w:t>
      </w:r>
      <w:r w:rsidR="00AC77B5" w:rsidRPr="00E84394">
        <w:rPr>
          <w:rFonts w:cs="Times New Roman"/>
          <w:noProof/>
          <w:szCs w:val="24"/>
          <w:lang w:val="kk-KZ"/>
        </w:rPr>
        <w:t xml:space="preserve"> қ., Қазақстан);</w:t>
      </w:r>
    </w:p>
    <w:p w14:paraId="335B04EE" w14:textId="1446EA9D" w:rsidR="00D43BE5" w:rsidRPr="00E84394" w:rsidRDefault="006A6E26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Данияров Талғат</w:t>
      </w:r>
      <w:r w:rsidRPr="00E84394">
        <w:rPr>
          <w:rFonts w:cs="Times New Roman"/>
          <w:noProof/>
          <w:szCs w:val="24"/>
          <w:lang w:val="kk-KZ"/>
        </w:rPr>
        <w:t xml:space="preserve"> </w:t>
      </w:r>
      <w:r w:rsidR="00AC77B5" w:rsidRPr="00E84394">
        <w:rPr>
          <w:rFonts w:cs="Times New Roman"/>
          <w:noProof/>
          <w:szCs w:val="24"/>
          <w:lang w:val="kk-KZ"/>
        </w:rPr>
        <w:t xml:space="preserve">– педагогика ғылымдарының кандидаты, </w:t>
      </w:r>
      <w:r w:rsidRPr="00E84394">
        <w:rPr>
          <w:rFonts w:cs="Times New Roman"/>
          <w:noProof/>
          <w:szCs w:val="24"/>
          <w:lang w:val="kk-KZ"/>
        </w:rPr>
        <w:t>Қожа Ахмет Ясауи атындағы Халықаралық қазақ-түрік университеті (</w:t>
      </w:r>
      <w:r w:rsidRPr="00E84394">
        <w:rPr>
          <w:rFonts w:cs="Times New Roman"/>
          <w:noProof/>
          <w:szCs w:val="24"/>
          <w:lang w:val="kk-KZ" w:eastAsia="ru-RU"/>
        </w:rPr>
        <w:t>Түркістан</w:t>
      </w:r>
      <w:r w:rsidRPr="00E84394">
        <w:rPr>
          <w:rFonts w:cs="Times New Roman"/>
          <w:noProof/>
          <w:szCs w:val="24"/>
          <w:lang w:val="kk-KZ"/>
        </w:rPr>
        <w:t xml:space="preserve"> қ., Қазақстан);</w:t>
      </w:r>
    </w:p>
    <w:p w14:paraId="45D8FFDE" w14:textId="2A4BEDB0" w:rsidR="00D43BE5" w:rsidRPr="00E84394" w:rsidRDefault="006A6E26" w:rsidP="00E84394">
      <w:pPr>
        <w:tabs>
          <w:tab w:val="left" w:pos="567"/>
          <w:tab w:val="left" w:pos="851"/>
        </w:tabs>
        <w:spacing w:after="0" w:line="240" w:lineRule="auto"/>
        <w:jc w:val="both"/>
        <w:rPr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Гүлжанат Құрманғалиева-Ержиласун</w:t>
      </w:r>
      <w:r w:rsidRPr="00E84394">
        <w:rPr>
          <w:rFonts w:cs="Times New Roman"/>
          <w:b/>
          <w:noProof/>
          <w:szCs w:val="24"/>
          <w:lang w:val="kk-KZ"/>
        </w:rPr>
        <w:t xml:space="preserve"> </w:t>
      </w:r>
      <w:r w:rsidR="00AC77B5" w:rsidRPr="00E84394">
        <w:rPr>
          <w:rFonts w:cs="Times New Roman"/>
          <w:noProof/>
          <w:szCs w:val="24"/>
          <w:lang w:val="kk-KZ"/>
        </w:rPr>
        <w:t>–</w:t>
      </w:r>
      <w:r w:rsidRPr="00E84394">
        <w:rPr>
          <w:rFonts w:cs="Times New Roman"/>
          <w:noProof/>
          <w:szCs w:val="24"/>
          <w:lang w:val="kk-KZ"/>
        </w:rPr>
        <w:t xml:space="preserve"> PhD, профессор,</w:t>
      </w:r>
      <w:r w:rsidR="00AC77B5" w:rsidRPr="00E84394">
        <w:rPr>
          <w:rFonts w:cs="Times New Roman"/>
          <w:noProof/>
          <w:szCs w:val="24"/>
          <w:lang w:val="kk-KZ"/>
        </w:rPr>
        <w:t xml:space="preserve"> </w:t>
      </w:r>
      <w:r w:rsidRPr="00E84394">
        <w:rPr>
          <w:rFonts w:cs="Times New Roman"/>
          <w:noProof/>
          <w:szCs w:val="24"/>
          <w:lang w:val="kk-KZ"/>
        </w:rPr>
        <w:t>Қажы Байрам Вели университеті (Анкара қ., Түрк</w:t>
      </w:r>
      <w:r w:rsidR="00071BC1" w:rsidRPr="00E84394">
        <w:rPr>
          <w:rFonts w:cs="Times New Roman"/>
          <w:noProof/>
          <w:szCs w:val="24"/>
          <w:lang w:val="kk-KZ"/>
        </w:rPr>
        <w:t>ия</w:t>
      </w:r>
      <w:r w:rsidR="00AC77B5" w:rsidRPr="00E84394">
        <w:rPr>
          <w:rFonts w:cs="Times New Roman"/>
          <w:noProof/>
          <w:szCs w:val="24"/>
          <w:lang w:val="kk-KZ"/>
        </w:rPr>
        <w:t>).</w:t>
      </w:r>
    </w:p>
    <w:p w14:paraId="0703CE0B" w14:textId="77777777" w:rsidR="00E84394" w:rsidRDefault="00E84394" w:rsidP="00E84394">
      <w:pPr>
        <w:spacing w:after="0" w:line="240" w:lineRule="auto"/>
        <w:jc w:val="both"/>
        <w:rPr>
          <w:rFonts w:cs="Times New Roman"/>
          <w:b/>
          <w:noProof/>
          <w:szCs w:val="24"/>
          <w:lang w:val="kk-KZ"/>
        </w:rPr>
      </w:pPr>
    </w:p>
    <w:p w14:paraId="30DCC695" w14:textId="59A41699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E84394">
        <w:rPr>
          <w:rFonts w:cs="Times New Roman"/>
          <w:b/>
          <w:noProof/>
          <w:szCs w:val="24"/>
          <w:lang w:val="kk-KZ"/>
        </w:rPr>
        <w:t>ДИССЕРТАЦИЯЛЫҚ КЕҢЕСТІҢ УАҚЫТША МҮШЕЛЕРІ:</w:t>
      </w:r>
    </w:p>
    <w:p w14:paraId="20BB214A" w14:textId="5C046E5C" w:rsidR="00D43BE5" w:rsidRPr="00E84394" w:rsidRDefault="00071BC1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noProof/>
          <w:szCs w:val="24"/>
          <w:lang w:val="kk-KZ"/>
        </w:rPr>
        <w:t>Тасилова Назия Айтбаевна</w:t>
      </w:r>
      <w:r w:rsidRPr="00E84394">
        <w:rPr>
          <w:rFonts w:cs="Times New Roman"/>
          <w:noProof/>
          <w:szCs w:val="24"/>
          <w:lang w:val="kk-KZ"/>
        </w:rPr>
        <w:t xml:space="preserve"> –</w:t>
      </w:r>
      <w:r w:rsidR="0068017B" w:rsidRPr="00E84394">
        <w:rPr>
          <w:rFonts w:cs="Times New Roman"/>
          <w:noProof/>
          <w:szCs w:val="24"/>
          <w:lang w:val="kk-KZ"/>
        </w:rPr>
        <w:t xml:space="preserve"> тарих ғылымдарының кандидаты</w:t>
      </w:r>
      <w:r w:rsidRPr="00E84394">
        <w:rPr>
          <w:rFonts w:cs="Times New Roman"/>
          <w:noProof/>
          <w:szCs w:val="24"/>
          <w:lang w:val="kk-KZ"/>
        </w:rPr>
        <w:t>, қауым</w:t>
      </w:r>
      <w:r w:rsidR="009A2230" w:rsidRPr="00E84394">
        <w:rPr>
          <w:rFonts w:cs="Times New Roman"/>
          <w:noProof/>
          <w:szCs w:val="24"/>
          <w:lang w:val="kk-KZ"/>
        </w:rPr>
        <w:t xml:space="preserve">дастырылған профессор, </w:t>
      </w:r>
      <w:r w:rsidR="005D692A">
        <w:rPr>
          <w:noProof/>
          <w:szCs w:val="24"/>
          <w:lang w:val="kk-KZ"/>
        </w:rPr>
        <w:t>ә</w:t>
      </w:r>
      <w:r w:rsidR="009A2230" w:rsidRPr="00E84394">
        <w:rPr>
          <w:noProof/>
          <w:szCs w:val="24"/>
          <w:lang w:val="kk-KZ"/>
        </w:rPr>
        <w:t>л-Фараби атындағы Қазақ ұлттық университеті</w:t>
      </w:r>
      <w:r w:rsidR="00AC77B5" w:rsidRPr="00E84394">
        <w:rPr>
          <w:rFonts w:cs="Times New Roman"/>
          <w:noProof/>
          <w:szCs w:val="24"/>
          <w:lang w:val="kk-KZ"/>
        </w:rPr>
        <w:t xml:space="preserve"> (Алматы қ., Қазақстан);</w:t>
      </w:r>
    </w:p>
    <w:p w14:paraId="45F8E195" w14:textId="422D183B" w:rsidR="00D43BE5" w:rsidRPr="00E84394" w:rsidRDefault="00D059FE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b/>
          <w:bCs/>
          <w:noProof/>
          <w:szCs w:val="24"/>
          <w:lang w:val="kk-KZ"/>
        </w:rPr>
        <w:t>Еңсенов Қ</w:t>
      </w:r>
      <w:r w:rsidR="00071BC1" w:rsidRPr="005D692A">
        <w:rPr>
          <w:rFonts w:cs="Times New Roman"/>
          <w:b/>
          <w:bCs/>
          <w:noProof/>
          <w:szCs w:val="24"/>
          <w:lang w:val="kk-KZ"/>
        </w:rPr>
        <w:t xml:space="preserve">анат </w:t>
      </w:r>
      <w:r w:rsidRPr="005D692A">
        <w:rPr>
          <w:rFonts w:cs="Times New Roman"/>
          <w:b/>
          <w:bCs/>
          <w:noProof/>
          <w:szCs w:val="24"/>
          <w:lang w:val="kk-KZ"/>
        </w:rPr>
        <w:t>Алескей</w:t>
      </w:r>
      <w:r w:rsidRPr="005D692A">
        <w:rPr>
          <w:b/>
          <w:bCs/>
          <w:noProof/>
          <w:szCs w:val="24"/>
          <w:lang w:val="kk-KZ"/>
        </w:rPr>
        <w:t>ұлы</w:t>
      </w:r>
      <w:r w:rsidR="00071BC1" w:rsidRPr="00E84394">
        <w:rPr>
          <w:rFonts w:cs="Times New Roman"/>
          <w:noProof/>
          <w:szCs w:val="24"/>
          <w:lang w:val="kk-KZ"/>
        </w:rPr>
        <w:t xml:space="preserve"> </w:t>
      </w:r>
      <w:r w:rsidR="00AC77B5" w:rsidRPr="00E84394">
        <w:rPr>
          <w:rFonts w:cs="Times New Roman"/>
          <w:noProof/>
          <w:szCs w:val="24"/>
          <w:lang w:val="kk-KZ"/>
        </w:rPr>
        <w:t>–</w:t>
      </w:r>
      <w:r w:rsidR="00071BC1" w:rsidRPr="00E84394">
        <w:rPr>
          <w:rFonts w:cs="Times New Roman"/>
          <w:noProof/>
          <w:szCs w:val="24"/>
          <w:lang w:val="kk-KZ"/>
        </w:rPr>
        <w:t xml:space="preserve"> тарих ғылымдарының кандидаты</w:t>
      </w:r>
      <w:r w:rsidR="00AC77B5" w:rsidRPr="00E84394">
        <w:rPr>
          <w:rFonts w:cs="Times New Roman"/>
          <w:noProof/>
          <w:szCs w:val="24"/>
          <w:lang w:val="kk-KZ"/>
        </w:rPr>
        <w:t>,</w:t>
      </w:r>
      <w:r w:rsidR="0068017B" w:rsidRPr="00E84394">
        <w:rPr>
          <w:rFonts w:cs="Times New Roman"/>
          <w:noProof/>
          <w:szCs w:val="24"/>
          <w:lang w:val="kk-KZ"/>
        </w:rPr>
        <w:t xml:space="preserve"> қауымдастырылған профессор,</w:t>
      </w:r>
      <w:r w:rsidR="00AC77B5" w:rsidRPr="00E84394">
        <w:rPr>
          <w:rFonts w:cs="Times New Roman"/>
          <w:noProof/>
          <w:szCs w:val="24"/>
          <w:lang w:val="kk-KZ"/>
        </w:rPr>
        <w:t xml:space="preserve"> </w:t>
      </w:r>
      <w:r w:rsidR="0068017B" w:rsidRPr="00E84394">
        <w:rPr>
          <w:rFonts w:cs="Times New Roman"/>
          <w:noProof/>
          <w:szCs w:val="24"/>
          <w:lang w:val="kk-KZ"/>
        </w:rPr>
        <w:t xml:space="preserve">Л.Н.Гумилев атындағы Еуразия ұлттық университеті (Астана </w:t>
      </w:r>
      <w:r w:rsidR="00AC77B5" w:rsidRPr="00E84394">
        <w:rPr>
          <w:rFonts w:cs="Times New Roman"/>
          <w:noProof/>
          <w:szCs w:val="24"/>
          <w:lang w:val="kk-KZ"/>
        </w:rPr>
        <w:t>қ., Қазақстан);</w:t>
      </w:r>
    </w:p>
    <w:p w14:paraId="77F2F8D4" w14:textId="1307EAAC" w:rsidR="00D43BE5" w:rsidRPr="00E84394" w:rsidRDefault="0068017B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noProof/>
          <w:szCs w:val="24"/>
          <w:lang w:val="kk-KZ"/>
        </w:rPr>
        <w:t>Ураков Дилшодбек Жамолиддинович</w:t>
      </w:r>
      <w:r w:rsidRPr="00E84394">
        <w:rPr>
          <w:rFonts w:cs="Times New Roman"/>
          <w:b/>
          <w:bCs/>
          <w:noProof/>
          <w:szCs w:val="24"/>
          <w:lang w:val="kk-KZ"/>
        </w:rPr>
        <w:t xml:space="preserve"> </w:t>
      </w:r>
      <w:r w:rsidR="00AC77B5" w:rsidRPr="00E84394">
        <w:rPr>
          <w:rFonts w:cs="Times New Roman"/>
          <w:noProof/>
          <w:szCs w:val="24"/>
          <w:lang w:val="kk-KZ"/>
        </w:rPr>
        <w:t>–</w:t>
      </w:r>
      <w:r w:rsidRPr="00E84394">
        <w:rPr>
          <w:rFonts w:cs="Times New Roman"/>
          <w:noProof/>
          <w:szCs w:val="24"/>
          <w:lang w:val="kk-KZ"/>
        </w:rPr>
        <w:t xml:space="preserve"> тарих ғылымдарының докторы</w:t>
      </w:r>
      <w:r w:rsidR="00AC77B5" w:rsidRPr="00E84394">
        <w:rPr>
          <w:rFonts w:cs="Times New Roman"/>
          <w:noProof/>
          <w:szCs w:val="24"/>
          <w:lang w:val="kk-KZ"/>
        </w:rPr>
        <w:t>,</w:t>
      </w:r>
      <w:r w:rsidRPr="00E84394">
        <w:rPr>
          <w:rFonts w:cs="Times New Roman"/>
          <w:noProof/>
          <w:szCs w:val="24"/>
          <w:lang w:val="kk-KZ"/>
        </w:rPr>
        <w:t xml:space="preserve"> қауымдастырылған профессор</w:t>
      </w:r>
      <w:r w:rsidR="00AC77B5" w:rsidRPr="00E84394">
        <w:rPr>
          <w:rFonts w:cs="Times New Roman"/>
          <w:noProof/>
          <w:szCs w:val="24"/>
          <w:lang w:val="kk-KZ"/>
        </w:rPr>
        <w:t xml:space="preserve">, </w:t>
      </w:r>
      <w:r w:rsidRPr="00E84394">
        <w:rPr>
          <w:rFonts w:cs="Times New Roman"/>
          <w:noProof/>
          <w:szCs w:val="24"/>
          <w:lang w:val="kk-KZ"/>
        </w:rPr>
        <w:t xml:space="preserve">Мирзо Улугбек </w:t>
      </w:r>
      <w:r w:rsidRPr="00E84394">
        <w:rPr>
          <w:rFonts w:cs="Times New Roman"/>
          <w:noProof/>
          <w:spacing w:val="5"/>
          <w:szCs w:val="24"/>
          <w:lang w:val="kk-KZ"/>
        </w:rPr>
        <w:t>атындағы Өзбекстан ұлттық университеті</w:t>
      </w:r>
      <w:r w:rsidRPr="00E84394">
        <w:rPr>
          <w:rFonts w:cs="Times New Roman"/>
          <w:noProof/>
          <w:szCs w:val="24"/>
          <w:lang w:val="kk-KZ"/>
        </w:rPr>
        <w:t xml:space="preserve"> (Ташкент қ., Өзбекстан</w:t>
      </w:r>
      <w:r w:rsidR="00AC77B5" w:rsidRPr="00E84394">
        <w:rPr>
          <w:rFonts w:cs="Times New Roman"/>
          <w:noProof/>
          <w:szCs w:val="24"/>
          <w:lang w:val="kk-KZ"/>
        </w:rPr>
        <w:t>).</w:t>
      </w:r>
    </w:p>
    <w:p w14:paraId="11C0DC1A" w14:textId="77777777" w:rsidR="00E84394" w:rsidRDefault="00E84394" w:rsidP="00E84394">
      <w:pPr>
        <w:spacing w:after="0" w:line="240" w:lineRule="auto"/>
        <w:jc w:val="both"/>
        <w:rPr>
          <w:rFonts w:cs="Times New Roman"/>
          <w:b/>
          <w:noProof/>
          <w:szCs w:val="24"/>
          <w:lang w:val="kk-KZ"/>
        </w:rPr>
      </w:pPr>
    </w:p>
    <w:p w14:paraId="3F40C5D7" w14:textId="38042309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E84394">
        <w:rPr>
          <w:rFonts w:cs="Times New Roman"/>
          <w:b/>
          <w:noProof/>
          <w:szCs w:val="24"/>
          <w:lang w:val="kk-KZ"/>
        </w:rPr>
        <w:t>РЕСМИ РЕЦЕНЗЕНТТЕР:</w:t>
      </w:r>
    </w:p>
    <w:p w14:paraId="5143FBAC" w14:textId="13A97D0F" w:rsidR="00AC77B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Астемес Гүлім Келгенқызы</w:t>
      </w:r>
      <w:r w:rsidRPr="00E84394">
        <w:rPr>
          <w:rFonts w:cs="Times New Roman"/>
          <w:noProof/>
          <w:szCs w:val="24"/>
          <w:lang w:val="kk-KZ"/>
        </w:rPr>
        <w:t xml:space="preserve"> – </w:t>
      </w:r>
      <w:r w:rsidRPr="00E84394">
        <w:rPr>
          <w:rFonts w:eastAsia="Aptos" w:cs="Times New Roman"/>
          <w:bCs/>
          <w:iCs/>
          <w:noProof/>
          <w:szCs w:val="24"/>
          <w:lang w:val="kk-KZ"/>
        </w:rPr>
        <w:t>PhD</w:t>
      </w:r>
      <w:r w:rsidRPr="00E84394">
        <w:rPr>
          <w:rFonts w:cs="Times New Roman"/>
          <w:noProof/>
          <w:szCs w:val="24"/>
          <w:lang w:val="kk-KZ"/>
        </w:rPr>
        <w:t>, Q University (Қайнар университеті) (Алматы қ., Қазақстан);</w:t>
      </w:r>
    </w:p>
    <w:p w14:paraId="776556C3" w14:textId="338F9E26" w:rsidR="00AC77B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Өтепова Гүлфира Елубаевна</w:t>
      </w:r>
      <w:r w:rsidRPr="00E84394">
        <w:rPr>
          <w:rFonts w:cs="Times New Roman"/>
          <w:noProof/>
          <w:szCs w:val="24"/>
          <w:lang w:val="kk-KZ"/>
        </w:rPr>
        <w:t xml:space="preserve"> – тарих ғылымдарының докторы, профессор, Ә</w:t>
      </w:r>
      <w:r w:rsidR="005D692A">
        <w:rPr>
          <w:rFonts w:cs="Times New Roman"/>
          <w:noProof/>
          <w:szCs w:val="24"/>
          <w:lang w:val="kk-KZ"/>
        </w:rPr>
        <w:t>.</w:t>
      </w:r>
      <w:r w:rsidRPr="00E84394">
        <w:rPr>
          <w:rFonts w:cs="Times New Roman"/>
          <w:noProof/>
          <w:szCs w:val="24"/>
          <w:lang w:val="kk-KZ"/>
        </w:rPr>
        <w:t>Марғұлан атындағы Павлодар педагогикалық университеті (Павлодар қ., Қазақстан);</w:t>
      </w:r>
    </w:p>
    <w:p w14:paraId="5C97AF4E" w14:textId="77777777" w:rsidR="00E84394" w:rsidRPr="005D692A" w:rsidRDefault="00E84394" w:rsidP="00E84394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</w:p>
    <w:p w14:paraId="1DB1F853" w14:textId="2EC87E07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Қорғау</w:t>
      </w:r>
      <w:r w:rsidRPr="00E84394">
        <w:rPr>
          <w:rFonts w:cs="Times New Roman"/>
          <w:noProof/>
          <w:szCs w:val="24"/>
          <w:lang w:val="kk-KZ"/>
        </w:rPr>
        <w:t xml:space="preserve"> </w:t>
      </w:r>
      <w:r w:rsidRPr="00E84394">
        <w:rPr>
          <w:rFonts w:cs="Times New Roman"/>
          <w:b/>
          <w:noProof/>
          <w:szCs w:val="24"/>
          <w:lang w:val="kk-KZ"/>
        </w:rPr>
        <w:t>2026 жылы 17 қараша сағат 15.00-де</w:t>
      </w:r>
      <w:r w:rsidRPr="00E84394">
        <w:rPr>
          <w:rFonts w:cs="Times New Roman"/>
          <w:noProof/>
          <w:szCs w:val="24"/>
          <w:lang w:val="kk-KZ"/>
        </w:rPr>
        <w:t xml:space="preserve"> Абай атындағы Қазақ ұлттық педагогикалық университетінде өтеді.</w:t>
      </w:r>
    </w:p>
    <w:p w14:paraId="4F90467E" w14:textId="3C8C904F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Мекен-жайы:</w:t>
      </w:r>
      <w:r w:rsidRPr="00E84394">
        <w:rPr>
          <w:rFonts w:cs="Times New Roman"/>
          <w:noProof/>
          <w:szCs w:val="24"/>
          <w:lang w:val="kk-KZ"/>
        </w:rPr>
        <w:t xml:space="preserve"> 050010, Алм</w:t>
      </w:r>
      <w:r w:rsidR="00CA59D0" w:rsidRPr="00E84394">
        <w:rPr>
          <w:rFonts w:cs="Times New Roman"/>
          <w:noProof/>
          <w:szCs w:val="24"/>
          <w:lang w:val="kk-KZ"/>
        </w:rPr>
        <w:t>аты қ., Достық, 13. (3 қабат, 32</w:t>
      </w:r>
      <w:r w:rsidRPr="00E84394">
        <w:rPr>
          <w:rFonts w:cs="Times New Roman"/>
          <w:noProof/>
          <w:szCs w:val="24"/>
          <w:lang w:val="kk-KZ"/>
        </w:rPr>
        <w:t>3 кабинет)</w:t>
      </w:r>
    </w:p>
    <w:p w14:paraId="2A2A07DA" w14:textId="77777777" w:rsidR="00381CD6" w:rsidRPr="008A5E85" w:rsidRDefault="00381CD6" w:rsidP="00381CD6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Сайт:</w:t>
      </w:r>
      <w:r w:rsidRPr="008A5E85">
        <w:rPr>
          <w:rFonts w:cs="Times New Roman"/>
          <w:noProof/>
          <w:szCs w:val="24"/>
          <w:lang w:val="kk-KZ"/>
        </w:rPr>
        <w:t xml:space="preserve"> </w:t>
      </w:r>
      <w:r w:rsidRPr="00381CD6">
        <w:rPr>
          <w:color w:val="0070C0"/>
          <w:lang w:val="kk-KZ"/>
        </w:rPr>
        <w:t>https://abai.university</w:t>
      </w:r>
      <w:r w:rsidRPr="00437DE6">
        <w:rPr>
          <w:rFonts w:cs="Times New Roman"/>
          <w:noProof/>
          <w:color w:val="0070C0"/>
          <w:szCs w:val="24"/>
          <w:lang w:val="kk-KZ"/>
        </w:rPr>
        <w:t xml:space="preserve"> </w:t>
      </w:r>
    </w:p>
    <w:p w14:paraId="297C0120" w14:textId="77777777" w:rsidR="00381CD6" w:rsidRPr="008A5E85" w:rsidRDefault="00381CD6" w:rsidP="00381CD6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F25237">
        <w:rPr>
          <w:rFonts w:cs="Times New Roman"/>
          <w:b/>
          <w:bCs/>
          <w:noProof/>
          <w:szCs w:val="24"/>
          <w:lang w:val="kk-KZ"/>
        </w:rPr>
        <w:t>Байланыс нөмірі:</w:t>
      </w:r>
      <w:r w:rsidRPr="008A5E85">
        <w:rPr>
          <w:rFonts w:cs="Times New Roman"/>
          <w:noProof/>
          <w:szCs w:val="24"/>
          <w:lang w:val="kk-KZ"/>
        </w:rPr>
        <w:t xml:space="preserve"> +7 778 222 20 84</w:t>
      </w:r>
    </w:p>
    <w:p w14:paraId="22809B26" w14:textId="27B2DCBE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Zoom</w:t>
      </w:r>
      <w:r w:rsidR="00B31F4A" w:rsidRPr="005D692A">
        <w:rPr>
          <w:rFonts w:cs="Times New Roman"/>
          <w:b/>
          <w:bCs/>
          <w:noProof/>
          <w:szCs w:val="24"/>
          <w:lang w:val="kk-KZ"/>
        </w:rPr>
        <w:t>:</w:t>
      </w:r>
      <w:r w:rsidR="005D692A">
        <w:rPr>
          <w:rFonts w:cs="Times New Roman"/>
          <w:noProof/>
          <w:szCs w:val="24"/>
          <w:lang w:val="kk-KZ"/>
        </w:rPr>
        <w:t xml:space="preserve"> </w:t>
      </w:r>
      <w:r w:rsidR="00B31F4A" w:rsidRPr="005D692A">
        <w:rPr>
          <w:rFonts w:cs="Times New Roman"/>
          <w:noProof/>
          <w:color w:val="0070C0"/>
          <w:szCs w:val="24"/>
          <w:lang w:val="kk-KZ"/>
        </w:rPr>
        <w:t>https://zoom.us/j/92022688063?pwd=Lyq0puBAybeB2aCq2laVMEf1LcIYqo.1</w:t>
      </w:r>
    </w:p>
    <w:p w14:paraId="3ACCC0A5" w14:textId="63277C32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Идентификатор:</w:t>
      </w:r>
      <w:r w:rsidR="00B31F4A" w:rsidRPr="00E84394">
        <w:rPr>
          <w:noProof/>
          <w:szCs w:val="24"/>
          <w:lang w:val="kk-KZ"/>
        </w:rPr>
        <w:t xml:space="preserve"> 92022688063</w:t>
      </w:r>
      <w:r w:rsidRPr="00E84394">
        <w:rPr>
          <w:rFonts w:cs="Times New Roman"/>
          <w:noProof/>
          <w:szCs w:val="24"/>
          <w:lang w:val="kk-KZ"/>
        </w:rPr>
        <w:t xml:space="preserve"> </w:t>
      </w:r>
    </w:p>
    <w:p w14:paraId="5C074A7D" w14:textId="13CB1CB3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Код:</w:t>
      </w:r>
      <w:r w:rsidR="005D692A">
        <w:rPr>
          <w:rFonts w:cs="Times New Roman"/>
          <w:noProof/>
          <w:szCs w:val="24"/>
          <w:lang w:val="kk-KZ"/>
        </w:rPr>
        <w:t xml:space="preserve"> </w:t>
      </w:r>
      <w:r w:rsidR="00B31F4A" w:rsidRPr="00E84394">
        <w:rPr>
          <w:rFonts w:cs="Times New Roman"/>
          <w:noProof/>
          <w:szCs w:val="24"/>
          <w:lang w:val="kk-KZ"/>
        </w:rPr>
        <w:t>1234</w:t>
      </w:r>
    </w:p>
    <w:p w14:paraId="1EC1815E" w14:textId="683B7A2F" w:rsidR="00D43BE5" w:rsidRPr="00E84394" w:rsidRDefault="00AC77B5" w:rsidP="00E84394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YouTube:</w:t>
      </w:r>
      <w:r w:rsidR="00B31F4A" w:rsidRPr="00E84394">
        <w:rPr>
          <w:rFonts w:cs="Times New Roman"/>
          <w:noProof/>
          <w:szCs w:val="24"/>
          <w:lang w:val="kk-KZ"/>
        </w:rPr>
        <w:t xml:space="preserve"> </w:t>
      </w:r>
      <w:r w:rsidR="00B31F4A" w:rsidRPr="005D692A">
        <w:rPr>
          <w:rFonts w:cs="Times New Roman"/>
          <w:noProof/>
          <w:color w:val="0070C0"/>
          <w:szCs w:val="24"/>
          <w:lang w:val="kk-KZ"/>
        </w:rPr>
        <w:t>https://www.youtube.com/@abaiuniversity1928</w:t>
      </w:r>
    </w:p>
    <w:p w14:paraId="73B308EA" w14:textId="77777777" w:rsidR="00823431" w:rsidRDefault="00823431" w:rsidP="005D692A">
      <w:pPr>
        <w:spacing w:after="0" w:line="240" w:lineRule="auto"/>
        <w:jc w:val="both"/>
        <w:rPr>
          <w:rFonts w:cs="Times New Roman"/>
          <w:sz w:val="28"/>
          <w:szCs w:val="28"/>
          <w:lang w:val="kk-KZ"/>
        </w:rPr>
      </w:pPr>
    </w:p>
    <w:p w14:paraId="47BFF8C1" w14:textId="77777777" w:rsidR="005D692A" w:rsidRPr="005D692A" w:rsidRDefault="005D692A" w:rsidP="005D692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Диссертациялық кеңестің уақытша мүшелері</w:t>
      </w:r>
    </w:p>
    <w:p w14:paraId="2AB6E718" w14:textId="77777777" w:rsidR="005D692A" w:rsidRPr="005D692A" w:rsidRDefault="005D692A" w:rsidP="005D692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Ресми рецензенттер</w:t>
      </w:r>
    </w:p>
    <w:p w14:paraId="45CC5B89" w14:textId="77777777" w:rsidR="005D692A" w:rsidRPr="005D692A" w:rsidRDefault="005D692A" w:rsidP="005D692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Этикалық комиссия қорытындысы</w:t>
      </w:r>
    </w:p>
    <w:p w14:paraId="4BE06C1D" w14:textId="77777777" w:rsidR="005D692A" w:rsidRPr="005D692A" w:rsidRDefault="005D692A" w:rsidP="005D692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Аңдатпа</w:t>
      </w:r>
    </w:p>
    <w:p w14:paraId="7BA06A1A" w14:textId="77777777" w:rsidR="005D692A" w:rsidRPr="005D692A" w:rsidRDefault="005D692A" w:rsidP="005D692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Ғылыми жарияланымдар тізімі</w:t>
      </w:r>
    </w:p>
    <w:p w14:paraId="541351EB" w14:textId="77777777" w:rsidR="005D692A" w:rsidRPr="005D692A" w:rsidRDefault="005D692A" w:rsidP="005D692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Диссертацияны қорғау барысында түсірілген бейне жазба</w:t>
      </w:r>
    </w:p>
    <w:p w14:paraId="1CE1CE76" w14:textId="1A1DB954" w:rsidR="00E84394" w:rsidRPr="005D692A" w:rsidRDefault="005D692A" w:rsidP="005D692A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kk-KZ"/>
        </w:rPr>
      </w:pPr>
      <w:r w:rsidRPr="005D692A">
        <w:rPr>
          <w:rFonts w:cs="Times New Roman"/>
          <w:b/>
          <w:bCs/>
          <w:noProof/>
          <w:szCs w:val="24"/>
          <w:lang w:val="kk-KZ"/>
        </w:rPr>
        <w:t>Философия докторы (PhD) дәрежесін беру туралы бұйрық</w:t>
      </w:r>
    </w:p>
    <w:p w14:paraId="5380828A" w14:textId="7E4A8332" w:rsidR="00D92D26" w:rsidRPr="005D692A" w:rsidRDefault="00D92D26" w:rsidP="005D692A">
      <w:pPr>
        <w:pStyle w:val="aff8"/>
        <w:spacing w:before="0" w:beforeAutospacing="0" w:after="0" w:afterAutospacing="0"/>
        <w:ind w:firstLine="567"/>
        <w:jc w:val="center"/>
        <w:rPr>
          <w:rStyle w:val="af6"/>
          <w:noProof/>
        </w:rPr>
      </w:pPr>
      <w:r w:rsidRPr="005D692A">
        <w:rPr>
          <w:rStyle w:val="af6"/>
          <w:noProof/>
        </w:rPr>
        <w:lastRenderedPageBreak/>
        <w:t>Состоится защита диссертации Х</w:t>
      </w:r>
      <w:r w:rsidR="005D692A" w:rsidRPr="005D692A">
        <w:rPr>
          <w:rStyle w:val="af6"/>
          <w:noProof/>
        </w:rPr>
        <w:t>.</w:t>
      </w:r>
      <w:r w:rsidRPr="005D692A">
        <w:rPr>
          <w:rStyle w:val="af6"/>
          <w:noProof/>
        </w:rPr>
        <w:t>Аса на соискание степени доктора философии (PhD)</w:t>
      </w:r>
    </w:p>
    <w:p w14:paraId="6DEF761F" w14:textId="77777777" w:rsidR="005D692A" w:rsidRDefault="005D692A" w:rsidP="005D692A">
      <w:pPr>
        <w:pStyle w:val="aff8"/>
        <w:spacing w:before="0" w:beforeAutospacing="0" w:after="0" w:afterAutospacing="0"/>
        <w:jc w:val="both"/>
        <w:rPr>
          <w:noProof/>
          <w:lang w:val="kk-KZ"/>
        </w:rPr>
      </w:pPr>
    </w:p>
    <w:p w14:paraId="041CC1E7" w14:textId="2DA00B62" w:rsidR="00D92D26" w:rsidRPr="005D692A" w:rsidRDefault="00D92D26" w:rsidP="005D692A">
      <w:pPr>
        <w:pStyle w:val="aff8"/>
        <w:spacing w:before="0" w:beforeAutospacing="0" w:after="0" w:afterAutospacing="0"/>
        <w:jc w:val="both"/>
        <w:rPr>
          <w:noProof/>
        </w:rPr>
      </w:pPr>
      <w:r w:rsidRPr="005D692A">
        <w:rPr>
          <w:noProof/>
        </w:rPr>
        <w:t>В диссертационном совете по защите диссертаций на присуждение степени доктора философии (PhD) по направлени</w:t>
      </w:r>
      <w:r w:rsidR="005D692A" w:rsidRPr="005D692A">
        <w:rPr>
          <w:noProof/>
        </w:rPr>
        <w:t>ям</w:t>
      </w:r>
      <w:r w:rsidRPr="005D692A">
        <w:rPr>
          <w:noProof/>
        </w:rPr>
        <w:t xml:space="preserve"> </w:t>
      </w:r>
      <w:r w:rsidR="005D692A" w:rsidRPr="005D692A">
        <w:rPr>
          <w:noProof/>
        </w:rPr>
        <w:t>8D016 – Подготовка педагогов по гуманитарным предметам (6D011400/8D01601 – История) и 8D022 – Гуманитарные науки (6D020300/8D02202 – История)</w:t>
      </w:r>
      <w:r w:rsidR="005D692A">
        <w:rPr>
          <w:noProof/>
          <w:lang w:val="kk-KZ"/>
        </w:rPr>
        <w:t xml:space="preserve"> </w:t>
      </w:r>
      <w:r w:rsidRPr="005D692A">
        <w:rPr>
          <w:noProof/>
        </w:rPr>
        <w:t xml:space="preserve">при Казахском национальном педагогическом университете имени Абая состоится защита диссертации докторанта Хакана Аса по </w:t>
      </w:r>
      <w:r w:rsidR="00381CD6" w:rsidRPr="00381CD6">
        <w:rPr>
          <w:noProof/>
        </w:rPr>
        <w:t xml:space="preserve">специальности </w:t>
      </w:r>
      <w:r w:rsidRPr="005D692A">
        <w:rPr>
          <w:noProof/>
        </w:rPr>
        <w:t>«</w:t>
      </w:r>
      <w:r w:rsidR="00381CD6" w:rsidRPr="00381CD6">
        <w:rPr>
          <w:noProof/>
          <w:lang w:val="kk-KZ"/>
        </w:rPr>
        <w:t>6D011400</w:t>
      </w:r>
      <w:r w:rsidRPr="005D692A">
        <w:rPr>
          <w:noProof/>
        </w:rPr>
        <w:t xml:space="preserve"> – История» на тему: «Общественно-политическая и творческая деятельность Коныркожи Кожыкова: изучение и внедрение в учебный процесс».</w:t>
      </w:r>
    </w:p>
    <w:p w14:paraId="5BEC01CC" w14:textId="2A43B223" w:rsidR="00381CD6" w:rsidRDefault="00381CD6" w:rsidP="00381CD6">
      <w:pPr>
        <w:pStyle w:val="aff8"/>
        <w:spacing w:before="0" w:beforeAutospacing="0" w:after="0" w:afterAutospacing="0"/>
        <w:jc w:val="both"/>
        <w:rPr>
          <w:noProof/>
          <w:lang w:val="kk-KZ"/>
        </w:rPr>
      </w:pPr>
      <w:r>
        <w:rPr>
          <w:noProof/>
          <w:lang w:val="kk-KZ"/>
        </w:rPr>
        <w:t xml:space="preserve"> </w:t>
      </w:r>
    </w:p>
    <w:p w14:paraId="5E475F42" w14:textId="4999A491" w:rsidR="00D92D26" w:rsidRPr="00DD7B5C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kk-KZ"/>
        </w:rPr>
      </w:pPr>
      <w:r w:rsidRPr="005D692A">
        <w:rPr>
          <w:noProof/>
        </w:rPr>
        <w:t>Диссертация выполнена на базе Международного казахско-турецкого университета имени Ходжи Ахмеда Ясави.</w:t>
      </w:r>
      <w:r w:rsidR="00DD7B5C">
        <w:rPr>
          <w:noProof/>
          <w:lang w:val="kk-KZ"/>
        </w:rPr>
        <w:t xml:space="preserve"> </w:t>
      </w:r>
    </w:p>
    <w:p w14:paraId="731E447C" w14:textId="77777777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5D692A">
        <w:rPr>
          <w:noProof/>
        </w:rPr>
        <w:t>Вид защиты – диссертация. Язык защиты – казахский.</w:t>
      </w:r>
    </w:p>
    <w:p w14:paraId="185DD05A" w14:textId="77777777" w:rsidR="00381CD6" w:rsidRDefault="00381CD6" w:rsidP="00381CD6">
      <w:pPr>
        <w:pStyle w:val="aff8"/>
        <w:spacing w:before="0" w:beforeAutospacing="0" w:after="0" w:afterAutospacing="0"/>
        <w:jc w:val="both"/>
        <w:rPr>
          <w:rStyle w:val="af6"/>
          <w:noProof/>
          <w:lang w:val="kk-KZ"/>
        </w:rPr>
      </w:pPr>
    </w:p>
    <w:p w14:paraId="6B363D42" w14:textId="080DE6D9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5D692A">
        <w:rPr>
          <w:rStyle w:val="af6"/>
          <w:noProof/>
        </w:rPr>
        <w:t>НАУЧНЫЕ КОНСУЛЬТАНТЫ:</w:t>
      </w:r>
    </w:p>
    <w:p w14:paraId="1AD902B1" w14:textId="77777777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Турсун Хазретали Маханулы</w:t>
      </w:r>
      <w:r w:rsidRPr="005D692A">
        <w:rPr>
          <w:noProof/>
        </w:rPr>
        <w:t xml:space="preserve"> – доктор исторических наук, профессор, Международный казахско-турецкий университет имени Ходжи Ахмеда Ясави (г. Туркестан, Казахстан);</w:t>
      </w:r>
    </w:p>
    <w:p w14:paraId="12490191" w14:textId="77777777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Данияров Талгат</w:t>
      </w:r>
      <w:r w:rsidRPr="005D692A">
        <w:rPr>
          <w:noProof/>
        </w:rPr>
        <w:t xml:space="preserve"> – кандидат педагогических наук, Международный казахско-турецкий университет имени Ходжи Ахмеда Ясави (г. Туркестан, Казахстан);</w:t>
      </w:r>
    </w:p>
    <w:p w14:paraId="15CDD32C" w14:textId="7775EE3D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Гульжанат Курмангалиева-Ержиласун</w:t>
      </w:r>
      <w:r w:rsidRPr="005D692A">
        <w:rPr>
          <w:noProof/>
        </w:rPr>
        <w:t xml:space="preserve"> – PhD, профессор, </w:t>
      </w:r>
      <w:r w:rsidR="00381CD6">
        <w:rPr>
          <w:noProof/>
          <w:lang w:val="kk-KZ"/>
        </w:rPr>
        <w:t>у</w:t>
      </w:r>
      <w:r w:rsidRPr="005D692A">
        <w:rPr>
          <w:noProof/>
        </w:rPr>
        <w:t>ниверситет имени Хаджи Байрама Вели (г. Анкара, Тур</w:t>
      </w:r>
      <w:r w:rsidR="00381CD6">
        <w:rPr>
          <w:noProof/>
          <w:lang w:val="kk-KZ"/>
        </w:rPr>
        <w:t>ция</w:t>
      </w:r>
      <w:r w:rsidRPr="005D692A">
        <w:rPr>
          <w:noProof/>
        </w:rPr>
        <w:t>).</w:t>
      </w:r>
    </w:p>
    <w:p w14:paraId="6BAA013F" w14:textId="77777777" w:rsidR="00381CD6" w:rsidRPr="00381CD6" w:rsidRDefault="00381CD6" w:rsidP="00381CD6">
      <w:pPr>
        <w:pStyle w:val="aff8"/>
        <w:spacing w:before="0" w:beforeAutospacing="0" w:after="0" w:afterAutospacing="0"/>
        <w:jc w:val="both"/>
        <w:rPr>
          <w:rStyle w:val="af6"/>
          <w:noProof/>
          <w:sz w:val="20"/>
          <w:szCs w:val="20"/>
          <w:lang w:val="kk-KZ"/>
        </w:rPr>
      </w:pPr>
    </w:p>
    <w:p w14:paraId="142AFB01" w14:textId="620EC50A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5D692A">
        <w:rPr>
          <w:rStyle w:val="af6"/>
          <w:noProof/>
        </w:rPr>
        <w:t>ВРЕМЕННЫЕ ЧЛЕНЫ ДИССЕРТАЦИОННОГО СОВЕТА:</w:t>
      </w:r>
    </w:p>
    <w:p w14:paraId="4FEC1BCC" w14:textId="69AF54BE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Тасилова Назия Айтбаевна</w:t>
      </w:r>
      <w:r w:rsidRPr="005D692A">
        <w:rPr>
          <w:noProof/>
        </w:rPr>
        <w:t xml:space="preserve"> – кандидат исторических наук, ассоциированный профессор, Казахский национальный университет имени аль-Фараби (г. Алматы, Казахстан);</w:t>
      </w:r>
    </w:p>
    <w:p w14:paraId="2FF3310F" w14:textId="5A8F2423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Енсенов Канат Алескеевич</w:t>
      </w:r>
      <w:r w:rsidRPr="005D692A">
        <w:rPr>
          <w:noProof/>
        </w:rPr>
        <w:t xml:space="preserve"> – кандидат исторических наук, ассоциированный профессор, Евразийский национальный университет имени Л.Н.Гумилева (г. Астана, Казахстан);</w:t>
      </w:r>
    </w:p>
    <w:p w14:paraId="1FADDF06" w14:textId="77777777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Ураков Дилшодбек Жамолиддинович</w:t>
      </w:r>
      <w:r w:rsidRPr="005D692A">
        <w:rPr>
          <w:noProof/>
        </w:rPr>
        <w:t xml:space="preserve"> – доктор исторических наук, ассоциированный профессор, Национальный университет Узбекистана имени Мирзо Улугбека (г. Ташкент, Узбекистан).</w:t>
      </w:r>
    </w:p>
    <w:p w14:paraId="113DB9CB" w14:textId="77777777" w:rsidR="00381CD6" w:rsidRPr="00381CD6" w:rsidRDefault="00381CD6" w:rsidP="00381CD6">
      <w:pPr>
        <w:pStyle w:val="aff8"/>
        <w:spacing w:before="0" w:beforeAutospacing="0" w:after="0" w:afterAutospacing="0"/>
        <w:jc w:val="both"/>
        <w:rPr>
          <w:rStyle w:val="af6"/>
          <w:noProof/>
          <w:sz w:val="18"/>
          <w:szCs w:val="18"/>
          <w:lang w:val="kk-KZ"/>
        </w:rPr>
      </w:pPr>
    </w:p>
    <w:p w14:paraId="6C51A319" w14:textId="73FECE50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5D692A">
        <w:rPr>
          <w:rStyle w:val="af6"/>
          <w:noProof/>
        </w:rPr>
        <w:t>ОФИЦИАЛЬНЫЕ РЕЦЕНЗЕНТЫ:</w:t>
      </w:r>
    </w:p>
    <w:p w14:paraId="12EADF96" w14:textId="697C86C2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Астемес Гулим Келгенкызы</w:t>
      </w:r>
      <w:r w:rsidRPr="005D692A">
        <w:rPr>
          <w:noProof/>
        </w:rPr>
        <w:t xml:space="preserve"> – PhD, Q University (</w:t>
      </w:r>
      <w:r w:rsidR="00011A59">
        <w:rPr>
          <w:noProof/>
          <w:lang w:val="kk-KZ"/>
        </w:rPr>
        <w:t>у</w:t>
      </w:r>
      <w:r w:rsidRPr="005D692A">
        <w:rPr>
          <w:noProof/>
        </w:rPr>
        <w:t>ниверситет Кайнар) (г. Алматы, Казахстан);</w:t>
      </w:r>
    </w:p>
    <w:p w14:paraId="57902760" w14:textId="14D43FC6" w:rsidR="00D92D26" w:rsidRPr="00995312" w:rsidRDefault="005717D3" w:rsidP="00381CD6">
      <w:pPr>
        <w:pStyle w:val="aff8"/>
        <w:spacing w:before="0" w:beforeAutospacing="0" w:after="0" w:afterAutospacing="0"/>
        <w:jc w:val="both"/>
        <w:rPr>
          <w:noProof/>
          <w:lang w:val="kk-KZ"/>
        </w:rPr>
      </w:pPr>
      <w:r w:rsidRPr="00381CD6">
        <w:rPr>
          <w:b/>
          <w:bCs/>
          <w:noProof/>
        </w:rPr>
        <w:t>О</w:t>
      </w:r>
      <w:r w:rsidR="00D92D26" w:rsidRPr="00381CD6">
        <w:rPr>
          <w:b/>
          <w:bCs/>
          <w:noProof/>
        </w:rPr>
        <w:t>тепова Гульфира Елубаевна</w:t>
      </w:r>
      <w:r w:rsidR="00D92D26" w:rsidRPr="005D692A">
        <w:rPr>
          <w:noProof/>
        </w:rPr>
        <w:t xml:space="preserve"> – доктор исторических наук, профессор, </w:t>
      </w:r>
      <w:r w:rsidRPr="005D692A">
        <w:rPr>
          <w:noProof/>
        </w:rPr>
        <w:t>Павлодарский педагогический университет имени Ә</w:t>
      </w:r>
      <w:r w:rsidR="00381CD6">
        <w:rPr>
          <w:noProof/>
          <w:lang w:val="kk-KZ"/>
        </w:rPr>
        <w:t>.</w:t>
      </w:r>
      <w:r w:rsidRPr="005D692A">
        <w:rPr>
          <w:noProof/>
        </w:rPr>
        <w:t xml:space="preserve">Марғұлан </w:t>
      </w:r>
      <w:r w:rsidR="00D92D26" w:rsidRPr="005D692A">
        <w:rPr>
          <w:noProof/>
        </w:rPr>
        <w:t>(г. Павлодар, Казахстан).</w:t>
      </w:r>
      <w:r w:rsidR="00995312">
        <w:rPr>
          <w:noProof/>
          <w:lang w:val="kk-KZ"/>
        </w:rPr>
        <w:t xml:space="preserve"> </w:t>
      </w:r>
      <w:r w:rsidR="00E3100E">
        <w:rPr>
          <w:noProof/>
          <w:lang w:val="kk-KZ"/>
        </w:rPr>
        <w:t xml:space="preserve"> </w:t>
      </w:r>
      <w:r w:rsidR="00DC0D42">
        <w:rPr>
          <w:noProof/>
          <w:lang w:val="kk-KZ"/>
        </w:rPr>
        <w:t xml:space="preserve"> </w:t>
      </w:r>
    </w:p>
    <w:p w14:paraId="0292DE50" w14:textId="77777777" w:rsidR="00381CD6" w:rsidRPr="00381CD6" w:rsidRDefault="00381CD6" w:rsidP="00381CD6">
      <w:pPr>
        <w:pStyle w:val="aff8"/>
        <w:spacing w:before="0" w:beforeAutospacing="0" w:after="0" w:afterAutospacing="0"/>
        <w:jc w:val="both"/>
        <w:rPr>
          <w:noProof/>
          <w:sz w:val="18"/>
          <w:szCs w:val="18"/>
          <w:lang w:val="kk-KZ"/>
        </w:rPr>
      </w:pPr>
    </w:p>
    <w:p w14:paraId="50437C52" w14:textId="080D556D" w:rsidR="00D92D26" w:rsidRPr="005D692A" w:rsidRDefault="00D92D26" w:rsidP="00381CD6">
      <w:pPr>
        <w:pStyle w:val="aff8"/>
        <w:spacing w:before="0" w:beforeAutospacing="0" w:after="0" w:afterAutospacing="0"/>
        <w:jc w:val="both"/>
        <w:rPr>
          <w:noProof/>
        </w:rPr>
      </w:pPr>
      <w:r w:rsidRPr="00381CD6">
        <w:rPr>
          <w:b/>
          <w:bCs/>
          <w:noProof/>
        </w:rPr>
        <w:t>Защита состоится</w:t>
      </w:r>
      <w:r w:rsidRPr="005D692A">
        <w:rPr>
          <w:noProof/>
        </w:rPr>
        <w:t xml:space="preserve"> </w:t>
      </w:r>
      <w:r w:rsidRPr="005D692A">
        <w:rPr>
          <w:rStyle w:val="af6"/>
          <w:noProof/>
        </w:rPr>
        <w:t>17 ноября 2026 года в 15:00</w:t>
      </w:r>
      <w:r w:rsidRPr="005D692A">
        <w:rPr>
          <w:noProof/>
        </w:rPr>
        <w:t xml:space="preserve"> в Казахском национальном педагогическом университете имени Абая.</w:t>
      </w:r>
    </w:p>
    <w:p w14:paraId="45966641" w14:textId="77777777" w:rsidR="00381CD6" w:rsidRDefault="00D92D26" w:rsidP="00381CD6">
      <w:pPr>
        <w:spacing w:after="0" w:line="240" w:lineRule="auto"/>
        <w:jc w:val="both"/>
        <w:rPr>
          <w:noProof/>
          <w:szCs w:val="24"/>
          <w:lang w:val="ru-RU"/>
        </w:rPr>
      </w:pPr>
      <w:r w:rsidRPr="00381CD6">
        <w:rPr>
          <w:b/>
          <w:bCs/>
          <w:noProof/>
          <w:szCs w:val="24"/>
          <w:lang w:val="ru-RU"/>
        </w:rPr>
        <w:t>Адрес:</w:t>
      </w:r>
      <w:r w:rsidRPr="005D692A">
        <w:rPr>
          <w:noProof/>
          <w:szCs w:val="24"/>
          <w:lang w:val="ru-RU"/>
        </w:rPr>
        <w:t xml:space="preserve"> 050010, г. Алматы, ул</w:t>
      </w:r>
      <w:r w:rsidR="00CA59D0" w:rsidRPr="005D692A">
        <w:rPr>
          <w:noProof/>
          <w:szCs w:val="24"/>
          <w:lang w:val="ru-RU"/>
        </w:rPr>
        <w:t>. Достык, 13 (3 этаж, кабинет 32</w:t>
      </w:r>
      <w:r w:rsidRPr="005D692A">
        <w:rPr>
          <w:noProof/>
          <w:szCs w:val="24"/>
          <w:lang w:val="ru-RU"/>
        </w:rPr>
        <w:t>3).</w:t>
      </w:r>
    </w:p>
    <w:p w14:paraId="2B034458" w14:textId="35DD9DD0" w:rsidR="00381CD6" w:rsidRPr="00381CD6" w:rsidRDefault="00381CD6" w:rsidP="00381CD6">
      <w:pPr>
        <w:spacing w:after="0" w:line="240" w:lineRule="auto"/>
        <w:jc w:val="both"/>
        <w:rPr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Сайт:</w:t>
      </w:r>
      <w:r w:rsidRPr="004F6B35">
        <w:rPr>
          <w:rFonts w:cs="Times New Roman"/>
          <w:noProof/>
          <w:szCs w:val="24"/>
          <w:lang w:val="ru-RU"/>
        </w:rPr>
        <w:t xml:space="preserve"> </w:t>
      </w:r>
      <w:r w:rsidRPr="00437DE6">
        <w:rPr>
          <w:color w:val="0070C0"/>
        </w:rPr>
        <w:t>https</w:t>
      </w:r>
      <w:r w:rsidRPr="00437DE6">
        <w:rPr>
          <w:color w:val="0070C0"/>
          <w:lang w:val="ru-RU"/>
        </w:rPr>
        <w:t>://</w:t>
      </w:r>
      <w:proofErr w:type="spellStart"/>
      <w:r w:rsidRPr="00437DE6">
        <w:rPr>
          <w:color w:val="0070C0"/>
        </w:rPr>
        <w:t>abai</w:t>
      </w:r>
      <w:proofErr w:type="spellEnd"/>
      <w:r w:rsidRPr="00437DE6">
        <w:rPr>
          <w:color w:val="0070C0"/>
          <w:lang w:val="ru-RU"/>
        </w:rPr>
        <w:t>.</w:t>
      </w:r>
      <w:r w:rsidRPr="00437DE6">
        <w:rPr>
          <w:color w:val="0070C0"/>
        </w:rPr>
        <w:t>university</w:t>
      </w:r>
      <w:r w:rsidRPr="00437DE6">
        <w:rPr>
          <w:b/>
          <w:bCs/>
          <w:color w:val="0070C0"/>
          <w:lang w:val="ru-RU"/>
        </w:rPr>
        <w:t xml:space="preserve"> </w:t>
      </w:r>
    </w:p>
    <w:p w14:paraId="3761B9FD" w14:textId="77777777" w:rsidR="00381CD6" w:rsidRPr="004F6B35" w:rsidRDefault="00381CD6" w:rsidP="00381CD6">
      <w:pPr>
        <w:spacing w:after="0" w:line="240" w:lineRule="auto"/>
        <w:jc w:val="both"/>
        <w:rPr>
          <w:rFonts w:cs="Times New Roman"/>
          <w:noProof/>
          <w:szCs w:val="24"/>
          <w:lang w:val="ru-RU"/>
        </w:rPr>
      </w:pPr>
      <w:r w:rsidRPr="00D97BA2">
        <w:rPr>
          <w:rFonts w:cs="Times New Roman"/>
          <w:b/>
          <w:bCs/>
          <w:noProof/>
          <w:szCs w:val="24"/>
          <w:lang w:val="ru-RU"/>
        </w:rPr>
        <w:t>Контактный телефон:</w:t>
      </w:r>
      <w:r w:rsidRPr="004F6B35">
        <w:rPr>
          <w:rFonts w:cs="Times New Roman"/>
          <w:noProof/>
          <w:szCs w:val="24"/>
          <w:lang w:val="ru-RU"/>
        </w:rPr>
        <w:t xml:space="preserve"> +7 778 222 20 84</w:t>
      </w:r>
    </w:p>
    <w:p w14:paraId="24F0F4FC" w14:textId="3B28E678" w:rsidR="002132B7" w:rsidRPr="00751BA4" w:rsidRDefault="00D92D26" w:rsidP="00381CD6">
      <w:pPr>
        <w:pStyle w:val="aff8"/>
        <w:spacing w:before="0" w:beforeAutospacing="0" w:after="0" w:afterAutospacing="0"/>
        <w:rPr>
          <w:noProof/>
          <w:lang w:val="en-US"/>
        </w:rPr>
      </w:pPr>
      <w:r w:rsidRPr="00751BA4">
        <w:rPr>
          <w:b/>
          <w:bCs/>
          <w:noProof/>
          <w:lang w:val="en-US"/>
        </w:rPr>
        <w:t>Zo</w:t>
      </w:r>
      <w:r w:rsidR="00B31F4A" w:rsidRPr="00751BA4">
        <w:rPr>
          <w:b/>
          <w:bCs/>
          <w:noProof/>
          <w:lang w:val="en-US"/>
        </w:rPr>
        <w:t>om:</w:t>
      </w:r>
      <w:r w:rsidR="00B31F4A" w:rsidRPr="00751BA4">
        <w:rPr>
          <w:noProof/>
          <w:lang w:val="en-US"/>
        </w:rPr>
        <w:t xml:space="preserve"> </w:t>
      </w:r>
      <w:r w:rsidR="00B31F4A" w:rsidRPr="00751BA4">
        <w:rPr>
          <w:noProof/>
          <w:color w:val="0070C0"/>
          <w:lang w:val="en-US"/>
        </w:rPr>
        <w:t>https://zoom.us/j/92022688063?pwd=Lyq0puBAybeB2aCq2laVMEf1LcIYqo.1</w:t>
      </w:r>
      <w:r w:rsidR="00B31F4A" w:rsidRPr="00751BA4">
        <w:rPr>
          <w:noProof/>
          <w:color w:val="0070C0"/>
          <w:lang w:val="en-US"/>
        </w:rPr>
        <w:br/>
      </w:r>
      <w:r w:rsidR="00B31F4A" w:rsidRPr="00381CD6">
        <w:rPr>
          <w:b/>
          <w:bCs/>
          <w:noProof/>
        </w:rPr>
        <w:t>Идентификатор</w:t>
      </w:r>
      <w:r w:rsidR="00B31F4A" w:rsidRPr="00751BA4">
        <w:rPr>
          <w:b/>
          <w:bCs/>
          <w:noProof/>
          <w:lang w:val="en-US"/>
        </w:rPr>
        <w:t>:</w:t>
      </w:r>
      <w:r w:rsidR="00B31F4A" w:rsidRPr="00751BA4">
        <w:rPr>
          <w:noProof/>
          <w:lang w:val="en-US"/>
        </w:rPr>
        <w:t xml:space="preserve"> 92022688063</w:t>
      </w:r>
      <w:r w:rsidRPr="00751BA4">
        <w:rPr>
          <w:noProof/>
          <w:lang w:val="en-US"/>
        </w:rPr>
        <w:br/>
      </w:r>
      <w:r w:rsidRPr="00381CD6">
        <w:rPr>
          <w:b/>
          <w:bCs/>
          <w:noProof/>
        </w:rPr>
        <w:t>Код</w:t>
      </w:r>
      <w:r w:rsidRPr="00751BA4">
        <w:rPr>
          <w:b/>
          <w:bCs/>
          <w:noProof/>
          <w:lang w:val="en-US"/>
        </w:rPr>
        <w:t>:</w:t>
      </w:r>
      <w:r w:rsidRPr="00751BA4">
        <w:rPr>
          <w:noProof/>
          <w:lang w:val="en-US"/>
        </w:rPr>
        <w:t xml:space="preserve"> </w:t>
      </w:r>
      <w:r w:rsidR="00B31F4A" w:rsidRPr="00751BA4">
        <w:rPr>
          <w:noProof/>
          <w:lang w:val="en-US"/>
        </w:rPr>
        <w:t>1234</w:t>
      </w:r>
      <w:r w:rsidRPr="00751BA4">
        <w:rPr>
          <w:noProof/>
          <w:lang w:val="en-US"/>
        </w:rPr>
        <w:br/>
      </w:r>
      <w:r w:rsidRPr="00751BA4">
        <w:rPr>
          <w:b/>
          <w:bCs/>
          <w:noProof/>
          <w:lang w:val="en-US"/>
        </w:rPr>
        <w:t>YouTube:</w:t>
      </w:r>
      <w:r w:rsidR="00B31F4A" w:rsidRPr="00751BA4">
        <w:rPr>
          <w:noProof/>
          <w:lang w:val="en-US"/>
        </w:rPr>
        <w:t xml:space="preserve"> </w:t>
      </w:r>
      <w:r w:rsidR="00B31F4A" w:rsidRPr="00751BA4">
        <w:rPr>
          <w:noProof/>
          <w:color w:val="0070C0"/>
          <w:lang w:val="en-US"/>
        </w:rPr>
        <w:t xml:space="preserve">https://www.youtube.com/@abaiuniversity1928 </w:t>
      </w:r>
    </w:p>
    <w:p w14:paraId="70400EB9" w14:textId="77777777" w:rsidR="002132B7" w:rsidRPr="00381CD6" w:rsidRDefault="002132B7" w:rsidP="00D92D26">
      <w:pPr>
        <w:spacing w:after="0" w:line="240" w:lineRule="auto"/>
        <w:ind w:firstLine="567"/>
        <w:jc w:val="both"/>
        <w:rPr>
          <w:rFonts w:cs="Times New Roman"/>
          <w:b/>
          <w:sz w:val="16"/>
          <w:szCs w:val="16"/>
          <w:lang w:val="kk-KZ"/>
        </w:rPr>
      </w:pPr>
    </w:p>
    <w:p w14:paraId="2E5A2300" w14:textId="77777777" w:rsidR="00381CD6" w:rsidRPr="00D97BA2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Временные члены диссертационного совета</w:t>
      </w:r>
    </w:p>
    <w:p w14:paraId="52FD85D3" w14:textId="77777777" w:rsidR="00381CD6" w:rsidRPr="00D97BA2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Официальные рецензенты</w:t>
      </w:r>
    </w:p>
    <w:p w14:paraId="6303CCC9" w14:textId="77777777" w:rsidR="00381CD6" w:rsidRPr="00D97BA2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Заключение Этической комиссии</w:t>
      </w:r>
    </w:p>
    <w:p w14:paraId="23D432C2" w14:textId="77777777" w:rsidR="00381CD6" w:rsidRPr="00D97BA2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Аннотация</w:t>
      </w:r>
    </w:p>
    <w:p w14:paraId="1EABF9FF" w14:textId="77777777" w:rsidR="00381CD6" w:rsidRPr="00D97BA2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Список научных трудов</w:t>
      </w:r>
    </w:p>
    <w:p w14:paraId="46A263FC" w14:textId="77777777" w:rsidR="00381CD6" w:rsidRPr="00D97BA2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Видеороликс защиты диссертации</w:t>
      </w:r>
    </w:p>
    <w:p w14:paraId="0B867C65" w14:textId="2C5E1108" w:rsidR="005D692A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  <w:r w:rsidRPr="00D97BA2">
        <w:rPr>
          <w:rFonts w:cs="Times New Roman"/>
          <w:b/>
          <w:noProof/>
          <w:szCs w:val="24"/>
          <w:lang w:val="ru-RU"/>
        </w:rPr>
        <w:t>Приказ о присуждении степени доктора философии PhD</w:t>
      </w:r>
    </w:p>
    <w:p w14:paraId="6232F7B0" w14:textId="77777777" w:rsidR="00381CD6" w:rsidRPr="00381CD6" w:rsidRDefault="00381CD6" w:rsidP="00381CD6">
      <w:pPr>
        <w:spacing w:after="0" w:line="240" w:lineRule="auto"/>
        <w:jc w:val="both"/>
        <w:rPr>
          <w:rFonts w:cs="Times New Roman"/>
          <w:b/>
          <w:noProof/>
          <w:szCs w:val="24"/>
          <w:lang w:val="ru-RU"/>
        </w:rPr>
      </w:pPr>
    </w:p>
    <w:p w14:paraId="60F18076" w14:textId="73E7A200" w:rsidR="00D92D26" w:rsidRPr="00381CD6" w:rsidRDefault="00D92D26" w:rsidP="00381CD6">
      <w:pPr>
        <w:pStyle w:val="aff8"/>
        <w:spacing w:before="0" w:beforeAutospacing="0" w:after="0" w:afterAutospacing="0"/>
        <w:ind w:firstLine="567"/>
        <w:jc w:val="center"/>
        <w:rPr>
          <w:rStyle w:val="af6"/>
          <w:noProof/>
          <w:lang w:val="en-US"/>
        </w:rPr>
      </w:pPr>
      <w:r w:rsidRPr="00381CD6">
        <w:rPr>
          <w:rStyle w:val="af6"/>
          <w:noProof/>
          <w:lang w:val="en-US"/>
        </w:rPr>
        <w:lastRenderedPageBreak/>
        <w:t>Announcement of the dissertation defense of H</w:t>
      </w:r>
      <w:r w:rsidR="00381CD6" w:rsidRPr="00381CD6">
        <w:rPr>
          <w:rStyle w:val="af6"/>
          <w:noProof/>
          <w:lang w:val="en-US"/>
        </w:rPr>
        <w:t>.</w:t>
      </w:r>
      <w:r w:rsidRPr="00381CD6">
        <w:rPr>
          <w:rStyle w:val="af6"/>
          <w:noProof/>
          <w:lang w:val="en-US"/>
        </w:rPr>
        <w:t>As for the degree of Doctor of Philosophy (PhD)</w:t>
      </w:r>
    </w:p>
    <w:p w14:paraId="77EDBA2C" w14:textId="77777777" w:rsidR="00381CD6" w:rsidRPr="00381CD6" w:rsidRDefault="00381CD6" w:rsidP="00381CD6">
      <w:pPr>
        <w:pStyle w:val="aff8"/>
        <w:spacing w:before="0" w:beforeAutospacing="0" w:after="0" w:afterAutospacing="0"/>
        <w:ind w:firstLine="567"/>
        <w:jc w:val="center"/>
        <w:rPr>
          <w:noProof/>
          <w:lang w:val="en-US"/>
        </w:rPr>
      </w:pPr>
    </w:p>
    <w:p w14:paraId="2BDA0EC7" w14:textId="1E8332E1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381CD6">
        <w:rPr>
          <w:noProof/>
          <w:lang w:val="en-US"/>
        </w:rPr>
        <w:t xml:space="preserve">The Dissertation Council for the award of the Doctor of Philosophy (PhD) degree in the field </w:t>
      </w:r>
      <w:r w:rsidR="00381CD6" w:rsidRPr="00381CD6">
        <w:rPr>
          <w:noProof/>
          <w:lang w:val="en-US"/>
        </w:rPr>
        <w:t>8D016 – Training of teachers in Humanitarian subjects (6D011400/8D01601 – History), 8D022 – Humanities  is available (6D011400/8D01601 – History)</w:t>
      </w:r>
      <w:r w:rsidRPr="00381CD6">
        <w:rPr>
          <w:noProof/>
          <w:lang w:val="en-US"/>
        </w:rPr>
        <w:t xml:space="preserve"> at Abai Kazakh National Pedagogical University will hold the dissertation defense of Hakan As the </w:t>
      </w:r>
      <w:r w:rsidR="00381CD6" w:rsidRPr="00381CD6">
        <w:rPr>
          <w:noProof/>
          <w:lang w:val="en-US"/>
        </w:rPr>
        <w:t>specialty</w:t>
      </w:r>
      <w:r w:rsidR="00381CD6">
        <w:rPr>
          <w:noProof/>
          <w:lang w:val="kk-KZ"/>
        </w:rPr>
        <w:t xml:space="preserve"> </w:t>
      </w:r>
      <w:r w:rsidRPr="00381CD6">
        <w:rPr>
          <w:noProof/>
          <w:lang w:val="en-US"/>
        </w:rPr>
        <w:t>«</w:t>
      </w:r>
      <w:r w:rsidR="00381CD6" w:rsidRPr="00381CD6">
        <w:rPr>
          <w:noProof/>
          <w:lang w:val="kk-KZ"/>
        </w:rPr>
        <w:t>6D011400</w:t>
      </w:r>
      <w:r w:rsidRPr="00381CD6">
        <w:rPr>
          <w:noProof/>
          <w:lang w:val="en-US"/>
        </w:rPr>
        <w:t xml:space="preserve"> – History» </w:t>
      </w:r>
      <w:r w:rsidR="00381CD6" w:rsidRPr="00381CD6">
        <w:rPr>
          <w:noProof/>
          <w:lang w:val="en-US"/>
        </w:rPr>
        <w:t>t</w:t>
      </w:r>
      <w:r w:rsidRPr="00381CD6">
        <w:rPr>
          <w:noProof/>
          <w:lang w:val="en-US"/>
        </w:rPr>
        <w:t xml:space="preserve">he dissertation is entitled «The Socio-Political and Creative Activities </w:t>
      </w:r>
      <w:r w:rsidR="00532AA8" w:rsidRPr="00381CD6">
        <w:rPr>
          <w:noProof/>
          <w:lang w:val="en-US"/>
        </w:rPr>
        <w:t>of Konyrkozha Khozhikov: Study</w:t>
      </w:r>
      <w:r w:rsidRPr="00381CD6">
        <w:rPr>
          <w:noProof/>
          <w:lang w:val="en-US"/>
        </w:rPr>
        <w:t xml:space="preserve"> and Integration into the Educational Process».</w:t>
      </w:r>
    </w:p>
    <w:p w14:paraId="3E45CEA3" w14:textId="77777777" w:rsidR="00381CD6" w:rsidRDefault="00381CD6" w:rsidP="00381CD6">
      <w:pPr>
        <w:pStyle w:val="aff8"/>
        <w:spacing w:before="0" w:beforeAutospacing="0" w:after="0" w:afterAutospacing="0"/>
        <w:jc w:val="both"/>
        <w:rPr>
          <w:noProof/>
          <w:lang w:val="kk-KZ"/>
        </w:rPr>
      </w:pPr>
    </w:p>
    <w:p w14:paraId="6775AEF3" w14:textId="183EDA34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381CD6">
        <w:rPr>
          <w:noProof/>
          <w:lang w:val="en-US"/>
        </w:rPr>
        <w:t>The dissertation was completed at Khoja Ahmed Yasawi International Kazakh-Turkish University.</w:t>
      </w:r>
    </w:p>
    <w:p w14:paraId="28C58522" w14:textId="77777777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381CD6">
        <w:rPr>
          <w:noProof/>
          <w:lang w:val="en-US"/>
        </w:rPr>
        <w:t>Form of defense – dissertation. Language of defense – Kazakh.</w:t>
      </w:r>
    </w:p>
    <w:p w14:paraId="1895F628" w14:textId="77777777" w:rsidR="00381CD6" w:rsidRDefault="00381CD6" w:rsidP="00381CD6">
      <w:pPr>
        <w:pStyle w:val="aff8"/>
        <w:spacing w:before="0" w:beforeAutospacing="0" w:after="0" w:afterAutospacing="0"/>
        <w:jc w:val="both"/>
        <w:rPr>
          <w:rStyle w:val="af6"/>
          <w:noProof/>
          <w:lang w:val="kk-KZ"/>
        </w:rPr>
      </w:pPr>
    </w:p>
    <w:p w14:paraId="3C912F8F" w14:textId="64833505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381CD6">
        <w:rPr>
          <w:rStyle w:val="af6"/>
          <w:noProof/>
          <w:lang w:val="en-US"/>
        </w:rPr>
        <w:t>SCIENTIFIC CONSULTANTS:</w:t>
      </w:r>
    </w:p>
    <w:p w14:paraId="28DA625C" w14:textId="78AC0BF1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Khazretali Tursun</w:t>
      </w:r>
      <w:r w:rsidRPr="00381CD6">
        <w:rPr>
          <w:noProof/>
          <w:lang w:val="en-US"/>
        </w:rPr>
        <w:t xml:space="preserve"> – Doctor of Historical Sciences, Professor, Khoja Ahmed Yasawi International Kazakh-Turkish University (Turkistan, Kazakhstan);</w:t>
      </w:r>
    </w:p>
    <w:p w14:paraId="5CFC1BFE" w14:textId="77777777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Talgat Daniyarov</w:t>
      </w:r>
      <w:r w:rsidRPr="00381CD6">
        <w:rPr>
          <w:noProof/>
          <w:lang w:val="en-US"/>
        </w:rPr>
        <w:t xml:space="preserve"> – Candidate of Pedagogical Sciences, Khoja Ahmed Yasawi International Kazakh-Turkish University (Turkistan, Kazakhstan);</w:t>
      </w:r>
    </w:p>
    <w:p w14:paraId="4ECABE6F" w14:textId="77777777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Güljanat Kurmangaliyeva Ercilasun</w:t>
      </w:r>
      <w:r w:rsidRPr="00381CD6">
        <w:rPr>
          <w:noProof/>
          <w:lang w:val="en-US"/>
        </w:rPr>
        <w:t xml:space="preserve"> – PhD, Professor, Ankara Hacı Bayram Veli University (Ankara, Republic of Türkiye).</w:t>
      </w:r>
    </w:p>
    <w:p w14:paraId="483510A7" w14:textId="77777777" w:rsidR="00381CD6" w:rsidRDefault="00381CD6" w:rsidP="00381CD6">
      <w:pPr>
        <w:pStyle w:val="aff8"/>
        <w:spacing w:before="0" w:beforeAutospacing="0" w:after="0" w:afterAutospacing="0"/>
        <w:jc w:val="both"/>
        <w:rPr>
          <w:rStyle w:val="af6"/>
          <w:noProof/>
          <w:lang w:val="kk-KZ"/>
        </w:rPr>
      </w:pPr>
    </w:p>
    <w:p w14:paraId="52F87606" w14:textId="4C11213D" w:rsidR="00D92D26" w:rsidRPr="00381CD6" w:rsidRDefault="00D92D26" w:rsidP="00381CD6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381CD6">
        <w:rPr>
          <w:rStyle w:val="af6"/>
          <w:noProof/>
          <w:lang w:val="en-US"/>
        </w:rPr>
        <w:t>TEMPORARY MEMBERS OF THE DISSERTATION COUNCIL:</w:t>
      </w:r>
    </w:p>
    <w:p w14:paraId="20D4ABE2" w14:textId="5A002266" w:rsidR="00D92D26" w:rsidRPr="00381CD6" w:rsidRDefault="00D92D26" w:rsidP="00011A59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Naziya Tasilova</w:t>
      </w:r>
      <w:r w:rsidRPr="00381CD6">
        <w:rPr>
          <w:noProof/>
          <w:lang w:val="en-US"/>
        </w:rPr>
        <w:t xml:space="preserve"> – Candidate of Historical Sciences, Associate Professor, Al-Farabi Kazakh National University (Almaty, Kazakhstan);</w:t>
      </w:r>
    </w:p>
    <w:p w14:paraId="19D2BF91" w14:textId="5234897B" w:rsidR="00D92D26" w:rsidRPr="00381CD6" w:rsidRDefault="00D92D26" w:rsidP="00011A59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Kanat Yensenov</w:t>
      </w:r>
      <w:r w:rsidRPr="00381CD6">
        <w:rPr>
          <w:noProof/>
          <w:lang w:val="en-US"/>
        </w:rPr>
        <w:t xml:space="preserve"> – Candidate of Historical Sciences, Associate Professor, L.N.Gumilyov Eurasian National University (Astana, Kazakhstan);</w:t>
      </w:r>
    </w:p>
    <w:p w14:paraId="450BD593" w14:textId="1A594458" w:rsidR="00D92D26" w:rsidRPr="00381CD6" w:rsidRDefault="00D92D26" w:rsidP="00011A59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Dilshodbek Urakov</w:t>
      </w:r>
      <w:r w:rsidRPr="00381CD6">
        <w:rPr>
          <w:noProof/>
          <w:lang w:val="en-US"/>
        </w:rPr>
        <w:t xml:space="preserve"> – Doctor of Historical Sciences, Associate Professor, National University of Uzbekistan named after Mirzo Ulugbek (Tashkent, Uzbekistan).</w:t>
      </w:r>
    </w:p>
    <w:p w14:paraId="71650C54" w14:textId="77777777" w:rsidR="00011A59" w:rsidRDefault="00011A59" w:rsidP="00011A59">
      <w:pPr>
        <w:pStyle w:val="aff8"/>
        <w:spacing w:before="0" w:beforeAutospacing="0" w:after="0" w:afterAutospacing="0"/>
        <w:jc w:val="both"/>
        <w:rPr>
          <w:rStyle w:val="af6"/>
          <w:noProof/>
          <w:lang w:val="kk-KZ"/>
        </w:rPr>
      </w:pPr>
    </w:p>
    <w:p w14:paraId="720D2F35" w14:textId="2119AF41" w:rsidR="00D92D26" w:rsidRPr="00381CD6" w:rsidRDefault="00D92D26" w:rsidP="00011A59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381CD6">
        <w:rPr>
          <w:rStyle w:val="af6"/>
          <w:noProof/>
          <w:lang w:val="en-US"/>
        </w:rPr>
        <w:t>OFFICIAL REVIEWERS:</w:t>
      </w:r>
    </w:p>
    <w:p w14:paraId="7ED8F70A" w14:textId="6305CB6C" w:rsidR="00D92D26" w:rsidRPr="00381CD6" w:rsidRDefault="00D92D26" w:rsidP="00011A59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Gulim Astemes</w:t>
      </w:r>
      <w:r w:rsidRPr="00381CD6">
        <w:rPr>
          <w:noProof/>
          <w:lang w:val="en-US"/>
        </w:rPr>
        <w:t xml:space="preserve"> – PhD, Q University (Kainar University) (Almaty, Kazakhstan);</w:t>
      </w:r>
    </w:p>
    <w:p w14:paraId="648A4553" w14:textId="28FD5921" w:rsidR="00D92D26" w:rsidRPr="00381CD6" w:rsidRDefault="005717D3" w:rsidP="00011A59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Gulfira O</w:t>
      </w:r>
      <w:r w:rsidR="00D92D26" w:rsidRPr="00011A59">
        <w:rPr>
          <w:b/>
          <w:bCs/>
          <w:noProof/>
          <w:lang w:val="en-US"/>
        </w:rPr>
        <w:t>tepova</w:t>
      </w:r>
      <w:r w:rsidR="00D92D26" w:rsidRPr="00381CD6">
        <w:rPr>
          <w:noProof/>
          <w:lang w:val="en-US"/>
        </w:rPr>
        <w:t xml:space="preserve"> – Doctor of Historical Sciences, Professor, Alkey Margulan Pavlodar Pedagogical University (Pavlodar, Kazakhstan).</w:t>
      </w:r>
    </w:p>
    <w:p w14:paraId="27502B4F" w14:textId="77777777" w:rsidR="00011A59" w:rsidRDefault="00011A59" w:rsidP="00011A59">
      <w:pPr>
        <w:pStyle w:val="aff8"/>
        <w:spacing w:before="0" w:beforeAutospacing="0" w:after="0" w:afterAutospacing="0"/>
        <w:jc w:val="both"/>
        <w:rPr>
          <w:noProof/>
          <w:lang w:val="kk-KZ"/>
        </w:rPr>
      </w:pPr>
    </w:p>
    <w:p w14:paraId="27926363" w14:textId="448B1923" w:rsidR="00D92D26" w:rsidRPr="00381CD6" w:rsidRDefault="00D92D26" w:rsidP="00011A59">
      <w:pPr>
        <w:pStyle w:val="aff8"/>
        <w:spacing w:before="0" w:beforeAutospacing="0" w:after="0" w:afterAutospacing="0"/>
        <w:jc w:val="both"/>
        <w:rPr>
          <w:noProof/>
          <w:lang w:val="en-US"/>
        </w:rPr>
      </w:pPr>
      <w:r w:rsidRPr="00011A59">
        <w:rPr>
          <w:b/>
          <w:bCs/>
          <w:noProof/>
          <w:lang w:val="en-US"/>
        </w:rPr>
        <w:t>The defense will take place on</w:t>
      </w:r>
      <w:r w:rsidRPr="00381CD6">
        <w:rPr>
          <w:noProof/>
          <w:lang w:val="en-US"/>
        </w:rPr>
        <w:t xml:space="preserve"> </w:t>
      </w:r>
      <w:r w:rsidRPr="00381CD6">
        <w:rPr>
          <w:rStyle w:val="af6"/>
          <w:noProof/>
          <w:lang w:val="en-US"/>
        </w:rPr>
        <w:t>November 17, 2026, at 15:00</w:t>
      </w:r>
      <w:r w:rsidRPr="00381CD6">
        <w:rPr>
          <w:noProof/>
          <w:lang w:val="en-US"/>
        </w:rPr>
        <w:t xml:space="preserve"> at Abai Kazakh National Pedagogical University.</w:t>
      </w:r>
    </w:p>
    <w:p w14:paraId="3D27C1E6" w14:textId="77777777" w:rsidR="00011A59" w:rsidRDefault="00D92D26" w:rsidP="00011A59">
      <w:pPr>
        <w:spacing w:after="0" w:line="240" w:lineRule="auto"/>
        <w:jc w:val="both"/>
        <w:rPr>
          <w:noProof/>
          <w:szCs w:val="24"/>
          <w:lang w:val="kk-KZ"/>
        </w:rPr>
      </w:pPr>
      <w:r w:rsidRPr="00011A59">
        <w:rPr>
          <w:b/>
          <w:bCs/>
          <w:noProof/>
          <w:szCs w:val="24"/>
        </w:rPr>
        <w:t>Address:</w:t>
      </w:r>
      <w:r w:rsidRPr="00381CD6">
        <w:rPr>
          <w:noProof/>
          <w:szCs w:val="24"/>
        </w:rPr>
        <w:t xml:space="preserve"> 050010, Almaty, 13 D</w:t>
      </w:r>
      <w:r w:rsidR="00CA59D0" w:rsidRPr="00381CD6">
        <w:rPr>
          <w:noProof/>
          <w:szCs w:val="24"/>
        </w:rPr>
        <w:t>ostyk Street (3rd floor, Room 32</w:t>
      </w:r>
      <w:r w:rsidRPr="00381CD6">
        <w:rPr>
          <w:noProof/>
          <w:szCs w:val="24"/>
        </w:rPr>
        <w:t>3).</w:t>
      </w:r>
    </w:p>
    <w:p w14:paraId="11AE85EE" w14:textId="394668A0" w:rsidR="00011A59" w:rsidRPr="00437DE6" w:rsidRDefault="00011A59" w:rsidP="00011A59">
      <w:pPr>
        <w:spacing w:after="0" w:line="240" w:lineRule="auto"/>
        <w:jc w:val="both"/>
        <w:rPr>
          <w:rFonts w:cs="Times New Roman"/>
          <w:noProof/>
          <w:szCs w:val="24"/>
          <w:lang w:val="kk-KZ"/>
        </w:rPr>
      </w:pPr>
      <w:r w:rsidRPr="000D506A">
        <w:rPr>
          <w:rFonts w:cs="Times New Roman"/>
          <w:b/>
          <w:bCs/>
          <w:noProof/>
          <w:szCs w:val="24"/>
        </w:rPr>
        <w:t>Website:</w:t>
      </w:r>
      <w:r w:rsidRPr="00D97BA2">
        <w:rPr>
          <w:rFonts w:cs="Times New Roman"/>
          <w:noProof/>
          <w:szCs w:val="24"/>
        </w:rPr>
        <w:t xml:space="preserve"> </w:t>
      </w:r>
      <w:r w:rsidRPr="00437DE6">
        <w:rPr>
          <w:color w:val="0070C0"/>
        </w:rPr>
        <w:t>https://abai.university</w:t>
      </w:r>
      <w:r w:rsidRPr="00437DE6">
        <w:rPr>
          <w:rFonts w:cs="Times New Roman"/>
          <w:noProof/>
          <w:color w:val="0070C0"/>
          <w:szCs w:val="24"/>
        </w:rPr>
        <w:t xml:space="preserve"> </w:t>
      </w:r>
      <w:r>
        <w:rPr>
          <w:rFonts w:cs="Times New Roman"/>
          <w:noProof/>
          <w:color w:val="0070C0"/>
          <w:szCs w:val="24"/>
          <w:lang w:val="kk-KZ"/>
        </w:rPr>
        <w:t xml:space="preserve"> </w:t>
      </w:r>
    </w:p>
    <w:p w14:paraId="6F54AAD0" w14:textId="77777777" w:rsidR="00011A59" w:rsidRPr="00D97BA2" w:rsidRDefault="00011A59" w:rsidP="00011A5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0D506A">
        <w:rPr>
          <w:rFonts w:cs="Times New Roman"/>
          <w:b/>
          <w:bCs/>
          <w:noProof/>
          <w:szCs w:val="24"/>
        </w:rPr>
        <w:t>Contact phone:</w:t>
      </w:r>
      <w:r w:rsidRPr="00D97BA2">
        <w:rPr>
          <w:rFonts w:cs="Times New Roman"/>
          <w:noProof/>
          <w:szCs w:val="24"/>
        </w:rPr>
        <w:t xml:space="preserve"> +7 778 222 20 84</w:t>
      </w:r>
    </w:p>
    <w:p w14:paraId="35FB8576" w14:textId="7D6EF64A" w:rsidR="00D92D26" w:rsidRPr="00381CD6" w:rsidRDefault="00D92D26" w:rsidP="00011A59">
      <w:pPr>
        <w:spacing w:after="0" w:line="240" w:lineRule="auto"/>
        <w:rPr>
          <w:rFonts w:cs="Times New Roman"/>
          <w:noProof/>
          <w:szCs w:val="24"/>
        </w:rPr>
      </w:pPr>
      <w:r w:rsidRPr="00011A59">
        <w:rPr>
          <w:b/>
          <w:bCs/>
          <w:noProof/>
          <w:szCs w:val="24"/>
        </w:rPr>
        <w:t>Zoom</w:t>
      </w:r>
      <w:r w:rsidR="00B31F4A" w:rsidRPr="00011A59">
        <w:rPr>
          <w:b/>
          <w:bCs/>
          <w:noProof/>
          <w:szCs w:val="24"/>
        </w:rPr>
        <w:t>:</w:t>
      </w:r>
      <w:r w:rsidR="00B31F4A" w:rsidRPr="00381CD6">
        <w:rPr>
          <w:noProof/>
          <w:szCs w:val="24"/>
        </w:rPr>
        <w:t xml:space="preserve"> </w:t>
      </w:r>
      <w:r w:rsidR="00B31F4A" w:rsidRPr="00011A59">
        <w:rPr>
          <w:rFonts w:cs="Times New Roman"/>
          <w:noProof/>
          <w:color w:val="0070C0"/>
          <w:szCs w:val="24"/>
        </w:rPr>
        <w:t>https://zoom.us/j/92022688063?pwd=Lyq0puBAybeB2aCq2laVMEf1LcIYqo.1</w:t>
      </w:r>
      <w:r w:rsidR="00B31F4A" w:rsidRPr="00011A59">
        <w:rPr>
          <w:noProof/>
          <w:color w:val="0070C0"/>
          <w:szCs w:val="24"/>
        </w:rPr>
        <w:br/>
      </w:r>
      <w:r w:rsidR="00B31F4A" w:rsidRPr="00011A59">
        <w:rPr>
          <w:b/>
          <w:bCs/>
          <w:noProof/>
          <w:szCs w:val="24"/>
        </w:rPr>
        <w:t>ID</w:t>
      </w:r>
      <w:r w:rsidR="00B31F4A" w:rsidRPr="00011A59">
        <w:rPr>
          <w:rFonts w:cs="Times New Roman"/>
          <w:b/>
          <w:bCs/>
          <w:noProof/>
          <w:szCs w:val="24"/>
        </w:rPr>
        <w:t>:</w:t>
      </w:r>
      <w:r w:rsidR="00B31F4A" w:rsidRPr="00381CD6">
        <w:rPr>
          <w:rFonts w:cs="Times New Roman"/>
          <w:noProof/>
          <w:szCs w:val="24"/>
        </w:rPr>
        <w:t xml:space="preserve"> </w:t>
      </w:r>
      <w:r w:rsidR="00B31F4A" w:rsidRPr="00381CD6">
        <w:rPr>
          <w:noProof/>
          <w:szCs w:val="24"/>
        </w:rPr>
        <w:t xml:space="preserve">92022688063 </w:t>
      </w:r>
      <w:r w:rsidRPr="00381CD6">
        <w:rPr>
          <w:noProof/>
          <w:szCs w:val="24"/>
        </w:rPr>
        <w:br/>
      </w:r>
      <w:r w:rsidRPr="00011A59">
        <w:rPr>
          <w:b/>
          <w:bCs/>
          <w:noProof/>
          <w:szCs w:val="24"/>
        </w:rPr>
        <w:t>Pas</w:t>
      </w:r>
      <w:r w:rsidR="00B31F4A" w:rsidRPr="00011A59">
        <w:rPr>
          <w:b/>
          <w:bCs/>
          <w:noProof/>
          <w:szCs w:val="24"/>
        </w:rPr>
        <w:t>scode:</w:t>
      </w:r>
      <w:r w:rsidR="00011A59">
        <w:rPr>
          <w:noProof/>
          <w:szCs w:val="24"/>
          <w:lang w:val="kk-KZ"/>
        </w:rPr>
        <w:t xml:space="preserve"> </w:t>
      </w:r>
      <w:r w:rsidR="00B31F4A" w:rsidRPr="00381CD6">
        <w:rPr>
          <w:noProof/>
          <w:szCs w:val="24"/>
        </w:rPr>
        <w:t>1234</w:t>
      </w:r>
      <w:r w:rsidR="00011A59">
        <w:rPr>
          <w:noProof/>
          <w:szCs w:val="24"/>
          <w:lang w:val="kk-KZ"/>
        </w:rPr>
        <w:t xml:space="preserve"> </w:t>
      </w:r>
      <w:r w:rsidRPr="00381CD6">
        <w:rPr>
          <w:noProof/>
          <w:szCs w:val="24"/>
        </w:rPr>
        <w:br/>
      </w:r>
      <w:r w:rsidRPr="00011A59">
        <w:rPr>
          <w:b/>
          <w:bCs/>
          <w:noProof/>
          <w:szCs w:val="24"/>
        </w:rPr>
        <w:t>YouTube:</w:t>
      </w:r>
      <w:r w:rsidR="00B31F4A" w:rsidRPr="00381CD6">
        <w:rPr>
          <w:noProof/>
          <w:szCs w:val="24"/>
        </w:rPr>
        <w:t xml:space="preserve"> </w:t>
      </w:r>
      <w:r w:rsidR="00B31F4A" w:rsidRPr="00011A59">
        <w:rPr>
          <w:noProof/>
          <w:color w:val="0070C0"/>
          <w:szCs w:val="24"/>
        </w:rPr>
        <w:t xml:space="preserve">https://www.youtube.com/@abaiuniversity1928 </w:t>
      </w:r>
    </w:p>
    <w:p w14:paraId="759EE964" w14:textId="5F8A8A89" w:rsidR="00D43BE5" w:rsidRDefault="00D43BE5" w:rsidP="008C79C3">
      <w:pPr>
        <w:spacing w:after="0" w:line="240" w:lineRule="auto"/>
        <w:rPr>
          <w:rFonts w:cs="Times New Roman"/>
          <w:noProof/>
          <w:szCs w:val="24"/>
          <w:lang w:val="kk-KZ"/>
        </w:rPr>
      </w:pPr>
    </w:p>
    <w:p w14:paraId="7A54D172" w14:textId="77777777" w:rsidR="008C79C3" w:rsidRPr="000C31F2" w:rsidRDefault="008C79C3" w:rsidP="008C79C3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Temporary members of the Dissertation Council</w:t>
      </w:r>
    </w:p>
    <w:p w14:paraId="22F4041E" w14:textId="77777777" w:rsidR="008C79C3" w:rsidRPr="000C31F2" w:rsidRDefault="008C79C3" w:rsidP="008C79C3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Official reviewers</w:t>
      </w:r>
    </w:p>
    <w:p w14:paraId="064EB690" w14:textId="77777777" w:rsidR="008C79C3" w:rsidRPr="000C31F2" w:rsidRDefault="008C79C3" w:rsidP="008C79C3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Conclusion of the Ethics Commission</w:t>
      </w:r>
    </w:p>
    <w:p w14:paraId="14BE669E" w14:textId="77777777" w:rsidR="008C79C3" w:rsidRPr="000C31F2" w:rsidRDefault="008C79C3" w:rsidP="008C79C3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Abstract</w:t>
      </w:r>
    </w:p>
    <w:p w14:paraId="677366A1" w14:textId="77777777" w:rsidR="008C79C3" w:rsidRPr="000C31F2" w:rsidRDefault="008C79C3" w:rsidP="008C79C3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Publications</w:t>
      </w:r>
    </w:p>
    <w:p w14:paraId="51352746" w14:textId="77777777" w:rsidR="008C79C3" w:rsidRPr="000C31F2" w:rsidRDefault="008C79C3" w:rsidP="008C79C3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Video taken during the defense of the dissertation</w:t>
      </w:r>
    </w:p>
    <w:p w14:paraId="7F307AC6" w14:textId="03AE8C42" w:rsidR="008C79C3" w:rsidRPr="000C31F2" w:rsidRDefault="008C79C3" w:rsidP="008C79C3">
      <w:pPr>
        <w:spacing w:after="0" w:line="240" w:lineRule="auto"/>
        <w:jc w:val="both"/>
        <w:rPr>
          <w:rFonts w:cs="Times New Roman"/>
          <w:b/>
          <w:bCs/>
          <w:noProof/>
          <w:szCs w:val="24"/>
          <w:lang w:val="ru-KZ"/>
        </w:rPr>
      </w:pPr>
      <w:r w:rsidRPr="000C31F2">
        <w:rPr>
          <w:rFonts w:cs="Times New Roman"/>
          <w:b/>
          <w:bCs/>
          <w:noProof/>
          <w:szCs w:val="24"/>
          <w:lang w:val="ru-KZ"/>
        </w:rPr>
        <w:t>Doctor of Philosophy (PhD) Degree Award Order</w:t>
      </w:r>
      <w:r>
        <w:rPr>
          <w:rFonts w:cs="Times New Roman"/>
          <w:b/>
          <w:bCs/>
          <w:noProof/>
          <w:szCs w:val="24"/>
          <w:lang w:val="ru-KZ"/>
        </w:rPr>
        <w:t xml:space="preserve"> </w:t>
      </w:r>
      <w:r w:rsidR="00452C75">
        <w:rPr>
          <w:rFonts w:cs="Times New Roman"/>
          <w:b/>
          <w:bCs/>
          <w:noProof/>
          <w:szCs w:val="24"/>
          <w:lang w:val="ru-KZ"/>
        </w:rPr>
        <w:t xml:space="preserve"> </w:t>
      </w:r>
      <w:r w:rsidR="00911125">
        <w:rPr>
          <w:rFonts w:cs="Times New Roman"/>
          <w:b/>
          <w:bCs/>
          <w:noProof/>
          <w:szCs w:val="24"/>
          <w:lang w:val="ru-KZ"/>
        </w:rPr>
        <w:t xml:space="preserve"> </w:t>
      </w:r>
      <w:r w:rsidR="006951FF">
        <w:rPr>
          <w:rFonts w:cs="Times New Roman"/>
          <w:b/>
          <w:bCs/>
          <w:noProof/>
          <w:szCs w:val="24"/>
          <w:lang w:val="ru-KZ"/>
        </w:rPr>
        <w:t xml:space="preserve"> </w:t>
      </w:r>
      <w:r>
        <w:rPr>
          <w:rFonts w:cs="Times New Roman"/>
          <w:b/>
          <w:bCs/>
          <w:noProof/>
          <w:szCs w:val="24"/>
          <w:lang w:val="ru-KZ"/>
        </w:rPr>
        <w:t xml:space="preserve"> </w:t>
      </w:r>
    </w:p>
    <w:p w14:paraId="221A18C7" w14:textId="77777777" w:rsidR="008C79C3" w:rsidRPr="008C79C3" w:rsidRDefault="008C79C3" w:rsidP="008C79C3">
      <w:pPr>
        <w:spacing w:after="0" w:line="240" w:lineRule="auto"/>
        <w:rPr>
          <w:rFonts w:cs="Times New Roman"/>
          <w:noProof/>
          <w:szCs w:val="24"/>
          <w:lang w:val="ru-KZ"/>
        </w:rPr>
      </w:pPr>
    </w:p>
    <w:sectPr w:rsidR="008C79C3" w:rsidRPr="008C79C3" w:rsidSect="00E84394">
      <w:pgSz w:w="12240" w:h="15840"/>
      <w:pgMar w:top="568" w:right="850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6910165">
    <w:abstractNumId w:val="8"/>
  </w:num>
  <w:num w:numId="2" w16cid:durableId="1842773820">
    <w:abstractNumId w:val="6"/>
  </w:num>
  <w:num w:numId="3" w16cid:durableId="1262489590">
    <w:abstractNumId w:val="5"/>
  </w:num>
  <w:num w:numId="4" w16cid:durableId="1988508318">
    <w:abstractNumId w:val="4"/>
  </w:num>
  <w:num w:numId="5" w16cid:durableId="680788604">
    <w:abstractNumId w:val="7"/>
  </w:num>
  <w:num w:numId="6" w16cid:durableId="623006577">
    <w:abstractNumId w:val="3"/>
  </w:num>
  <w:num w:numId="7" w16cid:durableId="2049186974">
    <w:abstractNumId w:val="2"/>
  </w:num>
  <w:num w:numId="8" w16cid:durableId="1387992262">
    <w:abstractNumId w:val="1"/>
  </w:num>
  <w:num w:numId="9" w16cid:durableId="285742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A59"/>
    <w:rsid w:val="00022E69"/>
    <w:rsid w:val="00034616"/>
    <w:rsid w:val="0006063C"/>
    <w:rsid w:val="00071BC1"/>
    <w:rsid w:val="000A5182"/>
    <w:rsid w:val="0012622E"/>
    <w:rsid w:val="0015074B"/>
    <w:rsid w:val="002132B7"/>
    <w:rsid w:val="0029639D"/>
    <w:rsid w:val="00317F3D"/>
    <w:rsid w:val="00326F90"/>
    <w:rsid w:val="00381CD6"/>
    <w:rsid w:val="003947CD"/>
    <w:rsid w:val="00452C75"/>
    <w:rsid w:val="00532AA8"/>
    <w:rsid w:val="005717D3"/>
    <w:rsid w:val="005D692A"/>
    <w:rsid w:val="0068017B"/>
    <w:rsid w:val="006951FF"/>
    <w:rsid w:val="006A6E26"/>
    <w:rsid w:val="006C11A2"/>
    <w:rsid w:val="00751BA4"/>
    <w:rsid w:val="00823431"/>
    <w:rsid w:val="008B584C"/>
    <w:rsid w:val="008C79C3"/>
    <w:rsid w:val="00911125"/>
    <w:rsid w:val="00967B6B"/>
    <w:rsid w:val="00992D52"/>
    <w:rsid w:val="00995312"/>
    <w:rsid w:val="009A2230"/>
    <w:rsid w:val="00A13C28"/>
    <w:rsid w:val="00A6289C"/>
    <w:rsid w:val="00A865B5"/>
    <w:rsid w:val="00A97D6D"/>
    <w:rsid w:val="00AA1D8D"/>
    <w:rsid w:val="00AC77B5"/>
    <w:rsid w:val="00B31F4A"/>
    <w:rsid w:val="00B47730"/>
    <w:rsid w:val="00CA59D0"/>
    <w:rsid w:val="00CB0664"/>
    <w:rsid w:val="00D059FE"/>
    <w:rsid w:val="00D43BE5"/>
    <w:rsid w:val="00D92D26"/>
    <w:rsid w:val="00DC0D42"/>
    <w:rsid w:val="00DD7B5C"/>
    <w:rsid w:val="00E30A89"/>
    <w:rsid w:val="00E3100E"/>
    <w:rsid w:val="00E56793"/>
    <w:rsid w:val="00E84394"/>
    <w:rsid w:val="00F107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A5EE2"/>
  <w14:defaultImageDpi w14:val="300"/>
  <w15:docId w15:val="{2508C6B8-DEE0-425D-AC3E-82C83C7E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D92D26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D92D26"/>
    <w:rPr>
      <w:color w:val="0000FF"/>
      <w:u w:val="single"/>
    </w:rPr>
  </w:style>
  <w:style w:type="character" w:styleId="affa">
    <w:name w:val="Unresolved Mention"/>
    <w:basedOn w:val="a2"/>
    <w:uiPriority w:val="99"/>
    <w:semiHidden/>
    <w:unhideWhenUsed/>
    <w:rsid w:val="005D6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0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6B5A9C-F49E-42C3-A07D-2FB0902F4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1146</Words>
  <Characters>6533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Данагүл Дәлелбекова</cp:lastModifiedBy>
  <cp:revision>30</cp:revision>
  <cp:lastPrinted>2026-10-16T13:09:00Z</cp:lastPrinted>
  <dcterms:created xsi:type="dcterms:W3CDTF">2026-10-14T14:46:00Z</dcterms:created>
  <dcterms:modified xsi:type="dcterms:W3CDTF">2026-10-16T13:16:00Z</dcterms:modified>
  <cp:category/>
</cp:coreProperties>
</file>